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8E7" w:rsidRDefault="006068E7">
      <w:pPr>
        <w:autoSpaceDE w:val="0"/>
        <w:autoSpaceDN w:val="0"/>
        <w:spacing w:after="78" w:line="220" w:lineRule="exact"/>
      </w:pPr>
    </w:p>
    <w:p w:rsidR="006068E7" w:rsidRDefault="004F5B21">
      <w:pPr>
        <w:autoSpaceDE w:val="0"/>
        <w:autoSpaceDN w:val="0"/>
        <w:spacing w:after="0" w:line="230" w:lineRule="auto"/>
        <w:ind w:right="3406"/>
        <w:jc w:val="right"/>
      </w:pPr>
      <w:r>
        <w:rPr>
          <w:noProof/>
          <w:lang w:val="ru-RU" w:eastAsia="ru-RU"/>
        </w:rPr>
        <w:drawing>
          <wp:inline distT="0" distB="0" distL="0" distR="0">
            <wp:extent cx="5724525" cy="7867650"/>
            <wp:effectExtent l="0" t="0" r="9525" b="0"/>
            <wp:docPr id="1" name="Рисунок 1" descr="C:\Users\Администратор\Desktop\Программы 1-5\р\изо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Программы 1-5\р\изо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86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068E7" w:rsidRDefault="006068E7">
      <w:pPr>
        <w:sectPr w:rsidR="006068E7">
          <w:pgSz w:w="11900" w:h="16840"/>
          <w:pgMar w:top="298" w:right="1440" w:bottom="1440" w:left="1440" w:header="720" w:footer="720" w:gutter="0"/>
          <w:cols w:space="720" w:equalWidth="0">
            <w:col w:w="9020" w:space="0"/>
          </w:cols>
          <w:docGrid w:linePitch="360"/>
        </w:sectPr>
      </w:pPr>
    </w:p>
    <w:p w:rsidR="006068E7" w:rsidRDefault="006068E7">
      <w:pPr>
        <w:autoSpaceDE w:val="0"/>
        <w:autoSpaceDN w:val="0"/>
        <w:spacing w:after="78" w:line="220" w:lineRule="exact"/>
      </w:pPr>
    </w:p>
    <w:p w:rsidR="006068E7" w:rsidRPr="004F5B21" w:rsidRDefault="001C08A7">
      <w:pPr>
        <w:autoSpaceDE w:val="0"/>
        <w:autoSpaceDN w:val="0"/>
        <w:spacing w:after="0" w:line="230" w:lineRule="auto"/>
        <w:rPr>
          <w:lang w:val="ru-RU"/>
        </w:rPr>
      </w:pPr>
      <w:r w:rsidRPr="004F5B21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6068E7" w:rsidRPr="004F5B21" w:rsidRDefault="001C08A7">
      <w:pPr>
        <w:autoSpaceDE w:val="0"/>
        <w:autoSpaceDN w:val="0"/>
        <w:spacing w:before="346" w:after="0"/>
        <w:ind w:firstLine="180"/>
        <w:rPr>
          <w:lang w:val="ru-RU"/>
        </w:rPr>
      </w:pP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по изобразительному искусству для обучающихся 1 класса на уровне начального общего образования составлена на основе «Требований к результатам освоения основной </w:t>
      </w:r>
      <w:r w:rsidRPr="004F5B21">
        <w:rPr>
          <w:lang w:val="ru-RU"/>
        </w:rPr>
        <w:br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образовательной программы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», представленных в Федеральном государственном образовательном стандарте начального общего образования.</w:t>
      </w:r>
    </w:p>
    <w:p w:rsidR="006068E7" w:rsidRPr="004F5B21" w:rsidRDefault="001C08A7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4F5B21">
        <w:rPr>
          <w:lang w:val="ru-RU"/>
        </w:rPr>
        <w:tab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Содержание программы распределено по модулям с учётом проверяемых требований к результатам освоения учебного предмета, выносимым на промежуточную атте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стацию.</w:t>
      </w:r>
    </w:p>
    <w:p w:rsidR="006068E7" w:rsidRPr="004F5B21" w:rsidRDefault="001C08A7">
      <w:pPr>
        <w:autoSpaceDE w:val="0"/>
        <w:autoSpaceDN w:val="0"/>
        <w:spacing w:before="70" w:after="0" w:line="278" w:lineRule="auto"/>
        <w:ind w:right="144" w:firstLine="180"/>
        <w:rPr>
          <w:lang w:val="ru-RU"/>
        </w:rPr>
      </w:pP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Цель преподавания предмета «Изобразительное искусство» состоит в формировании </w:t>
      </w:r>
      <w:r w:rsidRPr="004F5B21">
        <w:rPr>
          <w:lang w:val="ru-RU"/>
        </w:rPr>
        <w:br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художественной культуры учащихся, развитии художественно-образного мышления и эстетического отношения к явлениям действительности путём освоения начальных основ художест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венных знаний, умений, навыков и развития творческого потенциала учащихся.</w:t>
      </w:r>
    </w:p>
    <w:p w:rsidR="006068E7" w:rsidRPr="004F5B21" w:rsidRDefault="001C08A7">
      <w:pPr>
        <w:autoSpaceDE w:val="0"/>
        <w:autoSpaceDN w:val="0"/>
        <w:spacing w:before="70" w:after="0" w:line="271" w:lineRule="auto"/>
        <w:ind w:right="576" w:firstLine="180"/>
        <w:rPr>
          <w:lang w:val="ru-RU"/>
        </w:rPr>
      </w:pP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Преподавание предмета направлено на развитие духовной культуры учащихся, формирование активной эстетической позиции по отношению к действительности и произведениям искусства, понима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ние роли и значения художественной деятельности в жизни людей.</w:t>
      </w:r>
    </w:p>
    <w:p w:rsidR="006068E7" w:rsidRPr="004F5B21" w:rsidRDefault="001C08A7">
      <w:pPr>
        <w:autoSpaceDE w:val="0"/>
        <w:autoSpaceDN w:val="0"/>
        <w:spacing w:before="70" w:after="0" w:line="286" w:lineRule="auto"/>
        <w:ind w:right="144" w:firstLine="180"/>
        <w:rPr>
          <w:lang w:val="ru-RU"/>
        </w:rPr>
      </w:pP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Содержание предмета охватывает все основные вида визуально-пространственных искусств (собственно изобразительных): начальные основы графики, живописи и скульптуры, декоративно-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Для 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учащихся начальной школы большое значение также имеет восприятие произведений детского творчества, умение обсуждать и анализировать детские рисунки с позиций выраженного в них содержания, художественных средств выразительности, соответствия учебной задачи,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 поставленной учителем. Такая рефлексия детского творчества имеет позитивный обучающий характер.</w:t>
      </w:r>
    </w:p>
    <w:p w:rsidR="006068E7" w:rsidRPr="004F5B21" w:rsidRDefault="001C08A7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ве, в национальных образах предметно-материальной и пространственной среды, в понимании красоты человека.</w:t>
      </w:r>
    </w:p>
    <w:p w:rsidR="006068E7" w:rsidRPr="004F5B21" w:rsidRDefault="001C08A7">
      <w:pPr>
        <w:autoSpaceDE w:val="0"/>
        <w:autoSpaceDN w:val="0"/>
        <w:spacing w:before="70" w:after="0"/>
        <w:ind w:right="288" w:firstLine="180"/>
        <w:rPr>
          <w:lang w:val="ru-RU"/>
        </w:rPr>
      </w:pP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6068E7" w:rsidRPr="004F5B21" w:rsidRDefault="001C08A7">
      <w:pPr>
        <w:autoSpaceDE w:val="0"/>
        <w:autoSpaceDN w:val="0"/>
        <w:spacing w:before="72" w:after="0" w:line="281" w:lineRule="auto"/>
        <w:ind w:right="288" w:firstLine="180"/>
        <w:rPr>
          <w:lang w:val="ru-RU"/>
        </w:rPr>
      </w:pP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На занятиях учащиеся знакомятся с многообразием видов художественной деятельности и технически доступны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м разнообразием художественных материалов. Практическая </w:t>
      </w:r>
      <w:r w:rsidRPr="004F5B21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художественно-творческая деятельность занимает приоритетное пространство учебного времени. При опоре на восприятие 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произведений искусства художественно-эстетическое отношение к миру формируется 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6068E7" w:rsidRPr="004F5B21" w:rsidRDefault="001C08A7">
      <w:pPr>
        <w:tabs>
          <w:tab w:val="left" w:pos="180"/>
        </w:tabs>
        <w:autoSpaceDE w:val="0"/>
        <w:autoSpaceDN w:val="0"/>
        <w:spacing w:before="70" w:after="0" w:line="281" w:lineRule="auto"/>
        <w:rPr>
          <w:lang w:val="ru-RU"/>
        </w:rPr>
      </w:pPr>
      <w:r w:rsidRPr="004F5B21">
        <w:rPr>
          <w:lang w:val="ru-RU"/>
        </w:rPr>
        <w:tab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Рабочая программа учитывает психолого-возрастные особенности развития детей 7—8 лет, при этом содержание занятий может быть адаптирова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но с учётом индивидуальных качеств обучающихся, как для детей, проявляющих выдающиеся способности, так и для детей-инвалидов и детей с ОВЗ. </w:t>
      </w:r>
      <w:r w:rsidRPr="004F5B21">
        <w:rPr>
          <w:lang w:val="ru-RU"/>
        </w:rPr>
        <w:tab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В урочное время деятельность обучающихся организуется как в индивидуальном, так и в групповом формате с задачей фор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мирования навыков сотрудничества в художественной деятельности.</w:t>
      </w:r>
    </w:p>
    <w:p w:rsidR="006068E7" w:rsidRPr="004F5B21" w:rsidRDefault="001C08A7">
      <w:pPr>
        <w:tabs>
          <w:tab w:val="left" w:pos="180"/>
        </w:tabs>
        <w:autoSpaceDE w:val="0"/>
        <w:autoSpaceDN w:val="0"/>
        <w:spacing w:before="190" w:after="0" w:line="262" w:lineRule="auto"/>
        <w:ind w:right="576"/>
        <w:rPr>
          <w:lang w:val="ru-RU"/>
        </w:rPr>
      </w:pPr>
      <w:r w:rsidRPr="004F5B21">
        <w:rPr>
          <w:lang w:val="ru-RU"/>
        </w:rPr>
        <w:tab/>
      </w:r>
      <w:r w:rsidRPr="004F5B21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«ИЗОБРАЗИТЕЛЬНОЕ ИСКУССТВО» В УЧЕБНОМ ПЛАНЕ</w:t>
      </w:r>
    </w:p>
    <w:p w:rsidR="006068E7" w:rsidRPr="004F5B21" w:rsidRDefault="001C08A7">
      <w:pPr>
        <w:tabs>
          <w:tab w:val="left" w:pos="180"/>
        </w:tabs>
        <w:autoSpaceDE w:val="0"/>
        <w:autoSpaceDN w:val="0"/>
        <w:spacing w:before="190" w:after="0" w:line="262" w:lineRule="auto"/>
        <w:ind w:right="144"/>
        <w:rPr>
          <w:lang w:val="ru-RU"/>
        </w:rPr>
      </w:pPr>
      <w:r w:rsidRPr="004F5B21">
        <w:rPr>
          <w:lang w:val="ru-RU"/>
        </w:rPr>
        <w:tab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В соответствии с Федеральным государственным образовательным стандартом начального общего образования учебный предмет «Изо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бразительное искусство» входит в предметную область</w:t>
      </w:r>
    </w:p>
    <w:p w:rsidR="006068E7" w:rsidRPr="004F5B21" w:rsidRDefault="006068E7">
      <w:pPr>
        <w:rPr>
          <w:lang w:val="ru-RU"/>
        </w:rPr>
        <w:sectPr w:rsidR="006068E7" w:rsidRPr="004F5B21">
          <w:pgSz w:w="11900" w:h="16840"/>
          <w:pgMar w:top="298" w:right="648" w:bottom="338" w:left="666" w:header="720" w:footer="720" w:gutter="0"/>
          <w:cols w:space="720" w:equalWidth="0">
            <w:col w:w="10586" w:space="0"/>
          </w:cols>
          <w:docGrid w:linePitch="360"/>
        </w:sectPr>
      </w:pPr>
    </w:p>
    <w:p w:rsidR="006068E7" w:rsidRPr="004F5B21" w:rsidRDefault="006068E7">
      <w:pPr>
        <w:autoSpaceDE w:val="0"/>
        <w:autoSpaceDN w:val="0"/>
        <w:spacing w:after="66" w:line="220" w:lineRule="exact"/>
        <w:rPr>
          <w:lang w:val="ru-RU"/>
        </w:rPr>
      </w:pPr>
    </w:p>
    <w:p w:rsidR="006068E7" w:rsidRPr="004F5B21" w:rsidRDefault="001C08A7">
      <w:pPr>
        <w:autoSpaceDE w:val="0"/>
        <w:autoSpaceDN w:val="0"/>
        <w:spacing w:after="0"/>
        <w:ind w:right="432"/>
        <w:rPr>
          <w:lang w:val="ru-RU"/>
        </w:rPr>
      </w:pP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«Искусство» и является обязательным для изучения. Содержание предмета «Изобразительное искусство» структурировано как система тематических модулей и входит в учебный план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 1—4 классов программы начального общего образования в объёме 1 ч одного учебного часа в неделю. Изучение содержания всех модулей в 1 классе обязательно.</w:t>
      </w:r>
    </w:p>
    <w:p w:rsidR="006068E7" w:rsidRPr="004F5B21" w:rsidRDefault="001C08A7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При этом предусматривается возможность реализации этого курса при выделении на его изучение 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двух учебных часов в неделю за счёт вариативной части учебного плана, определяемой участниками образовательного процесса. При этом предполагается не увеличение количества тем для изучения, а увеличение времени на практическую художественную деятельность. Э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то способствует качеству обучения и достижению более высокого уровня как предметных, так и личностных и </w:t>
      </w:r>
      <w:proofErr w:type="spellStart"/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результатов обучения.</w:t>
      </w:r>
    </w:p>
    <w:p w:rsidR="006068E7" w:rsidRPr="004F5B21" w:rsidRDefault="001C08A7">
      <w:pPr>
        <w:autoSpaceDE w:val="0"/>
        <w:autoSpaceDN w:val="0"/>
        <w:spacing w:before="192" w:after="0" w:line="230" w:lineRule="auto"/>
        <w:rPr>
          <w:lang w:val="ru-RU"/>
        </w:rPr>
      </w:pP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На изучение изобразительного искусства в 1 классе отводится 1 час в неделю, всего 33 часа.</w:t>
      </w:r>
    </w:p>
    <w:p w:rsidR="006068E7" w:rsidRPr="004F5B21" w:rsidRDefault="006068E7">
      <w:pPr>
        <w:rPr>
          <w:lang w:val="ru-RU"/>
        </w:rPr>
        <w:sectPr w:rsidR="006068E7" w:rsidRPr="004F5B21">
          <w:pgSz w:w="11900" w:h="16840"/>
          <w:pgMar w:top="286" w:right="682" w:bottom="1440" w:left="666" w:header="720" w:footer="720" w:gutter="0"/>
          <w:cols w:space="720" w:equalWidth="0">
            <w:col w:w="10552" w:space="0"/>
          </w:cols>
          <w:docGrid w:linePitch="360"/>
        </w:sectPr>
      </w:pPr>
    </w:p>
    <w:p w:rsidR="006068E7" w:rsidRPr="004F5B21" w:rsidRDefault="006068E7">
      <w:pPr>
        <w:autoSpaceDE w:val="0"/>
        <w:autoSpaceDN w:val="0"/>
        <w:spacing w:after="78" w:line="220" w:lineRule="exact"/>
        <w:rPr>
          <w:lang w:val="ru-RU"/>
        </w:rPr>
      </w:pPr>
    </w:p>
    <w:p w:rsidR="006068E7" w:rsidRPr="004F5B21" w:rsidRDefault="001C08A7">
      <w:pPr>
        <w:autoSpaceDE w:val="0"/>
        <w:autoSpaceDN w:val="0"/>
        <w:spacing w:after="0" w:line="230" w:lineRule="auto"/>
        <w:rPr>
          <w:lang w:val="ru-RU"/>
        </w:rPr>
      </w:pPr>
      <w:r w:rsidRPr="004F5B2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6068E7" w:rsidRPr="004F5B21" w:rsidRDefault="001C08A7">
      <w:pPr>
        <w:tabs>
          <w:tab w:val="left" w:pos="180"/>
        </w:tabs>
        <w:autoSpaceDE w:val="0"/>
        <w:autoSpaceDN w:val="0"/>
        <w:spacing w:before="346" w:after="0" w:line="271" w:lineRule="auto"/>
        <w:ind w:right="288"/>
        <w:rPr>
          <w:lang w:val="ru-RU"/>
        </w:rPr>
      </w:pPr>
      <w:r w:rsidRPr="004F5B21">
        <w:rPr>
          <w:lang w:val="ru-RU"/>
        </w:rPr>
        <w:tab/>
      </w:r>
      <w:r w:rsidRPr="004F5B21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</w:t>
      </w:r>
      <w:proofErr w:type="gramStart"/>
      <w:r w:rsidRPr="004F5B21">
        <w:rPr>
          <w:rFonts w:ascii="Times New Roman" w:eastAsia="Times New Roman" w:hAnsi="Times New Roman"/>
          <w:b/>
          <w:color w:val="000000"/>
          <w:sz w:val="24"/>
          <w:lang w:val="ru-RU"/>
        </w:rPr>
        <w:t>Графика»</w:t>
      </w:r>
      <w:r w:rsidRPr="004F5B21">
        <w:rPr>
          <w:lang w:val="ru-RU"/>
        </w:rPr>
        <w:br/>
      </w:r>
      <w:r w:rsidRPr="004F5B21">
        <w:rPr>
          <w:lang w:val="ru-RU"/>
        </w:rPr>
        <w:tab/>
      </w:r>
      <w:proofErr w:type="gramEnd"/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6068E7" w:rsidRPr="004F5B21" w:rsidRDefault="001C08A7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4F5B21">
        <w:rPr>
          <w:lang w:val="ru-RU"/>
        </w:rPr>
        <w:tab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Разные виды линий. Линейный рисунок.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 Графические материалы для линейного рисунка и их особенности. Приёмы рисования линией.</w:t>
      </w:r>
    </w:p>
    <w:p w:rsidR="006068E7" w:rsidRPr="004F5B21" w:rsidRDefault="001C08A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Рисование с натуры: разные листья и их форма.</w:t>
      </w:r>
    </w:p>
    <w:p w:rsidR="006068E7" w:rsidRPr="004F5B21" w:rsidRDefault="001C08A7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4F5B21">
        <w:rPr>
          <w:lang w:val="ru-RU"/>
        </w:rPr>
        <w:tab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Представление о пропорциях: короткое — длинное. Развитие навыка видения соотношения частей целого (на основе рисунков жив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отных).</w:t>
      </w:r>
    </w:p>
    <w:p w:rsidR="006068E7" w:rsidRPr="004F5B21" w:rsidRDefault="001C08A7">
      <w:pPr>
        <w:tabs>
          <w:tab w:val="left" w:pos="180"/>
        </w:tabs>
        <w:autoSpaceDE w:val="0"/>
        <w:autoSpaceDN w:val="0"/>
        <w:spacing w:before="72" w:after="0" w:line="262" w:lineRule="auto"/>
        <w:ind w:right="432"/>
        <w:rPr>
          <w:lang w:val="ru-RU"/>
        </w:rPr>
      </w:pPr>
      <w:r w:rsidRPr="004F5B21">
        <w:rPr>
          <w:lang w:val="ru-RU"/>
        </w:rPr>
        <w:tab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6068E7" w:rsidRPr="004F5B21" w:rsidRDefault="001C08A7">
      <w:pPr>
        <w:tabs>
          <w:tab w:val="left" w:pos="180"/>
        </w:tabs>
        <w:autoSpaceDE w:val="0"/>
        <w:autoSpaceDN w:val="0"/>
        <w:spacing w:before="190" w:after="0" w:line="271" w:lineRule="auto"/>
        <w:rPr>
          <w:lang w:val="ru-RU"/>
        </w:rPr>
      </w:pPr>
      <w:r w:rsidRPr="004F5B21">
        <w:rPr>
          <w:lang w:val="ru-RU"/>
        </w:rPr>
        <w:tab/>
      </w:r>
      <w:r w:rsidRPr="004F5B21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</w:t>
      </w:r>
      <w:proofErr w:type="gramStart"/>
      <w:r w:rsidRPr="004F5B21">
        <w:rPr>
          <w:rFonts w:ascii="Times New Roman" w:eastAsia="Times New Roman" w:hAnsi="Times New Roman"/>
          <w:b/>
          <w:color w:val="000000"/>
          <w:sz w:val="24"/>
          <w:lang w:val="ru-RU"/>
        </w:rPr>
        <w:t>Живопись»</w:t>
      </w:r>
      <w:r w:rsidRPr="004F5B21">
        <w:rPr>
          <w:lang w:val="ru-RU"/>
        </w:rPr>
        <w:br/>
      </w:r>
      <w:r w:rsidRPr="004F5B21">
        <w:rPr>
          <w:lang w:val="ru-RU"/>
        </w:rPr>
        <w:tab/>
      </w:r>
      <w:proofErr w:type="gramEnd"/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Цвет как одно из главных средств выражения в изобразительном искусстве. Навыки работы гуашью в 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условиях урока. Краски «гуашь», кисти, бумага цветная и белая.</w:t>
      </w:r>
    </w:p>
    <w:p w:rsidR="006068E7" w:rsidRPr="004F5B21" w:rsidRDefault="001C08A7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4F5B21">
        <w:rPr>
          <w:lang w:val="ru-RU"/>
        </w:rPr>
        <w:tab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6068E7" w:rsidRPr="004F5B21" w:rsidRDefault="001C08A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Эмоциональная выразительность цвета, способы выражение настроения в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 изображаемом сюжете.</w:t>
      </w:r>
    </w:p>
    <w:p w:rsidR="006068E7" w:rsidRPr="004F5B21" w:rsidRDefault="001C08A7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4F5B21">
        <w:rPr>
          <w:lang w:val="ru-RU"/>
        </w:rPr>
        <w:tab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6068E7" w:rsidRPr="004F5B21" w:rsidRDefault="001C08A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Тематическая композиция «Времена года». Контрастные цветовые состояния времён года.</w:t>
      </w:r>
    </w:p>
    <w:p w:rsidR="006068E7" w:rsidRPr="004F5B21" w:rsidRDefault="001C08A7">
      <w:pPr>
        <w:autoSpaceDE w:val="0"/>
        <w:autoSpaceDN w:val="0"/>
        <w:spacing w:before="70" w:after="0" w:line="230" w:lineRule="auto"/>
        <w:rPr>
          <w:lang w:val="ru-RU"/>
        </w:rPr>
      </w:pP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Живопись (г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уашь), аппликация или смешанная техника.</w:t>
      </w:r>
    </w:p>
    <w:p w:rsidR="006068E7" w:rsidRPr="004F5B21" w:rsidRDefault="001C08A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Техника монотипии. Представления о симметрии. Развитие воображения.</w:t>
      </w:r>
    </w:p>
    <w:p w:rsidR="006068E7" w:rsidRPr="004F5B21" w:rsidRDefault="001C08A7">
      <w:pPr>
        <w:autoSpaceDE w:val="0"/>
        <w:autoSpaceDN w:val="0"/>
        <w:spacing w:before="190" w:after="0" w:line="262" w:lineRule="auto"/>
        <w:ind w:left="180" w:right="2016"/>
        <w:rPr>
          <w:lang w:val="ru-RU"/>
        </w:rPr>
      </w:pPr>
      <w:r w:rsidRPr="004F5B21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</w:t>
      </w:r>
      <w:proofErr w:type="gramStart"/>
      <w:r w:rsidRPr="004F5B21">
        <w:rPr>
          <w:rFonts w:ascii="Times New Roman" w:eastAsia="Times New Roman" w:hAnsi="Times New Roman"/>
          <w:b/>
          <w:color w:val="000000"/>
          <w:sz w:val="24"/>
          <w:lang w:val="ru-RU"/>
        </w:rPr>
        <w:t>Скульптура»</w:t>
      </w:r>
      <w:r w:rsidRPr="004F5B21">
        <w:rPr>
          <w:lang w:val="ru-RU"/>
        </w:rPr>
        <w:br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Изображение</w:t>
      </w:r>
      <w:proofErr w:type="gramEnd"/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 в объёме. Приёмы работы с пластилином; дощечка, стек, тряпочка.</w:t>
      </w:r>
    </w:p>
    <w:p w:rsidR="006068E7" w:rsidRPr="004F5B21" w:rsidRDefault="001C08A7">
      <w:pPr>
        <w:tabs>
          <w:tab w:val="left" w:pos="180"/>
        </w:tabs>
        <w:autoSpaceDE w:val="0"/>
        <w:autoSpaceDN w:val="0"/>
        <w:spacing w:before="70" w:after="0" w:line="262" w:lineRule="auto"/>
        <w:ind w:right="1440"/>
        <w:rPr>
          <w:lang w:val="ru-RU"/>
        </w:rPr>
      </w:pPr>
      <w:r w:rsidRPr="004F5B21">
        <w:rPr>
          <w:lang w:val="ru-RU"/>
        </w:rPr>
        <w:tab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Лепка зверушек из цельной формы (черепашки, ёжика,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 зайчика, птички и др.). Приёмы вытягивания, вдавливания, сгибания, скручивания.</w:t>
      </w:r>
    </w:p>
    <w:p w:rsidR="006068E7" w:rsidRPr="004F5B21" w:rsidRDefault="001C08A7">
      <w:pPr>
        <w:autoSpaceDE w:val="0"/>
        <w:autoSpaceDN w:val="0"/>
        <w:spacing w:before="70" w:after="0" w:line="271" w:lineRule="auto"/>
        <w:ind w:right="720" w:firstLine="180"/>
        <w:rPr>
          <w:lang w:val="ru-RU"/>
        </w:rPr>
      </w:pP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каргопольская</w:t>
      </w:r>
      <w:proofErr w:type="spellEnd"/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 игрушка или по выбору учителя с учётом местных пром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ыслов).</w:t>
      </w:r>
    </w:p>
    <w:p w:rsidR="006068E7" w:rsidRPr="004F5B21" w:rsidRDefault="001C08A7">
      <w:pPr>
        <w:autoSpaceDE w:val="0"/>
        <w:autoSpaceDN w:val="0"/>
        <w:spacing w:before="72" w:after="0" w:line="262" w:lineRule="auto"/>
        <w:ind w:left="180" w:right="288"/>
        <w:rPr>
          <w:lang w:val="ru-RU"/>
        </w:rPr>
      </w:pP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Бумажная пластика. Овладение первичными приёмами </w:t>
      </w:r>
      <w:proofErr w:type="gramStart"/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над- резания</w:t>
      </w:r>
      <w:proofErr w:type="gramEnd"/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, закручивания, складывания. Объёмная аппликация из бумаги и картона.</w:t>
      </w:r>
    </w:p>
    <w:p w:rsidR="006068E7" w:rsidRPr="004F5B21" w:rsidRDefault="001C08A7">
      <w:pPr>
        <w:tabs>
          <w:tab w:val="left" w:pos="180"/>
        </w:tabs>
        <w:autoSpaceDE w:val="0"/>
        <w:autoSpaceDN w:val="0"/>
        <w:spacing w:before="192" w:after="0"/>
        <w:rPr>
          <w:lang w:val="ru-RU"/>
        </w:rPr>
      </w:pPr>
      <w:r w:rsidRPr="004F5B21">
        <w:rPr>
          <w:lang w:val="ru-RU"/>
        </w:rPr>
        <w:tab/>
      </w:r>
      <w:r w:rsidRPr="004F5B2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«Декоративно-прикладное </w:t>
      </w:r>
      <w:proofErr w:type="gramStart"/>
      <w:r w:rsidRPr="004F5B21">
        <w:rPr>
          <w:rFonts w:ascii="Times New Roman" w:eastAsia="Times New Roman" w:hAnsi="Times New Roman"/>
          <w:b/>
          <w:color w:val="000000"/>
          <w:sz w:val="24"/>
          <w:lang w:val="ru-RU"/>
        </w:rPr>
        <w:t>искусство»</w:t>
      </w:r>
      <w:r w:rsidRPr="004F5B21">
        <w:rPr>
          <w:lang w:val="ru-RU"/>
        </w:rPr>
        <w:br/>
      </w:r>
      <w:r w:rsidRPr="004F5B21">
        <w:rPr>
          <w:lang w:val="ru-RU"/>
        </w:rPr>
        <w:tab/>
      </w:r>
      <w:proofErr w:type="gramEnd"/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6068E7" w:rsidRPr="004F5B21" w:rsidRDefault="001C08A7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4F5B21">
        <w:rPr>
          <w:lang w:val="ru-RU"/>
        </w:rPr>
        <w:tab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Узоры и ор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6068E7" w:rsidRPr="004F5B21" w:rsidRDefault="001C08A7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едставлению, использование линии симметрии при составлении узора крыльев.</w:t>
      </w:r>
    </w:p>
    <w:p w:rsidR="006068E7" w:rsidRPr="004F5B21" w:rsidRDefault="001C08A7">
      <w:pPr>
        <w:autoSpaceDE w:val="0"/>
        <w:autoSpaceDN w:val="0"/>
        <w:spacing w:before="70" w:after="0" w:line="271" w:lineRule="auto"/>
        <w:ind w:right="432" w:firstLine="180"/>
        <w:rPr>
          <w:lang w:val="ru-RU"/>
        </w:rPr>
      </w:pP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каргопольская</w:t>
      </w:r>
      <w:proofErr w:type="spellEnd"/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 игрушка (или по выбору учителя с учётом местных промысл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ов).</w:t>
      </w:r>
    </w:p>
    <w:p w:rsidR="006068E7" w:rsidRPr="004F5B21" w:rsidRDefault="001C08A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 Дизайн предмета: изготовление нарядной упаковки путём складывания бумаги и аппликации.</w:t>
      </w:r>
    </w:p>
    <w:p w:rsidR="006068E7" w:rsidRPr="004F5B21" w:rsidRDefault="006068E7">
      <w:pPr>
        <w:rPr>
          <w:lang w:val="ru-RU"/>
        </w:rPr>
        <w:sectPr w:rsidR="006068E7" w:rsidRPr="004F5B21">
          <w:pgSz w:w="11900" w:h="16840"/>
          <w:pgMar w:top="298" w:right="650" w:bottom="44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068E7" w:rsidRPr="004F5B21" w:rsidRDefault="006068E7">
      <w:pPr>
        <w:autoSpaceDE w:val="0"/>
        <w:autoSpaceDN w:val="0"/>
        <w:spacing w:after="78" w:line="220" w:lineRule="exact"/>
        <w:rPr>
          <w:lang w:val="ru-RU"/>
        </w:rPr>
      </w:pPr>
    </w:p>
    <w:p w:rsidR="006068E7" w:rsidRPr="004F5B21" w:rsidRDefault="001C08A7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Оригами — создание игрушки для новогодней ёлки. Приёмы складывания бумаги.</w:t>
      </w:r>
    </w:p>
    <w:p w:rsidR="006068E7" w:rsidRPr="004F5B21" w:rsidRDefault="001C08A7">
      <w:pPr>
        <w:tabs>
          <w:tab w:val="left" w:pos="180"/>
        </w:tabs>
        <w:autoSpaceDE w:val="0"/>
        <w:autoSpaceDN w:val="0"/>
        <w:spacing w:before="190" w:after="0" w:line="271" w:lineRule="auto"/>
        <w:ind w:right="720"/>
        <w:rPr>
          <w:lang w:val="ru-RU"/>
        </w:rPr>
      </w:pPr>
      <w:r w:rsidRPr="004F5B21">
        <w:rPr>
          <w:lang w:val="ru-RU"/>
        </w:rPr>
        <w:tab/>
      </w:r>
      <w:r w:rsidRPr="004F5B21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</w:t>
      </w:r>
      <w:proofErr w:type="gramStart"/>
      <w:r w:rsidRPr="004F5B21">
        <w:rPr>
          <w:rFonts w:ascii="Times New Roman" w:eastAsia="Times New Roman" w:hAnsi="Times New Roman"/>
          <w:b/>
          <w:color w:val="000000"/>
          <w:sz w:val="24"/>
          <w:lang w:val="ru-RU"/>
        </w:rPr>
        <w:t>Архитектура»</w:t>
      </w:r>
      <w:r w:rsidRPr="004F5B21">
        <w:rPr>
          <w:lang w:val="ru-RU"/>
        </w:rPr>
        <w:br/>
      </w:r>
      <w:r w:rsidRPr="004F5B21">
        <w:rPr>
          <w:lang w:val="ru-RU"/>
        </w:rPr>
        <w:tab/>
      </w:r>
      <w:proofErr w:type="gramEnd"/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6068E7" w:rsidRPr="004F5B21" w:rsidRDefault="001C08A7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Освоение приёмов конструирования из бумаги. Складывание объёмных простых геометрических 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тел. Овладение приёмами склеивания, надрезания и вырезания деталей; использование приёма симметрии.</w:t>
      </w:r>
    </w:p>
    <w:p w:rsidR="006068E7" w:rsidRPr="004F5B21" w:rsidRDefault="001C08A7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4F5B21">
        <w:rPr>
          <w:lang w:val="ru-RU"/>
        </w:rPr>
        <w:tab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6068E7" w:rsidRPr="004F5B21" w:rsidRDefault="001C08A7">
      <w:pPr>
        <w:tabs>
          <w:tab w:val="left" w:pos="180"/>
        </w:tabs>
        <w:autoSpaceDE w:val="0"/>
        <w:autoSpaceDN w:val="0"/>
        <w:spacing w:before="192" w:after="0" w:line="271" w:lineRule="auto"/>
        <w:ind w:right="720"/>
        <w:rPr>
          <w:lang w:val="ru-RU"/>
        </w:rPr>
      </w:pPr>
      <w:r w:rsidRPr="004F5B21">
        <w:rPr>
          <w:lang w:val="ru-RU"/>
        </w:rPr>
        <w:tab/>
      </w:r>
      <w:r w:rsidRPr="004F5B2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«Восприятие произведений </w:t>
      </w:r>
      <w:proofErr w:type="gramStart"/>
      <w:r w:rsidRPr="004F5B21">
        <w:rPr>
          <w:rFonts w:ascii="Times New Roman" w:eastAsia="Times New Roman" w:hAnsi="Times New Roman"/>
          <w:b/>
          <w:color w:val="000000"/>
          <w:sz w:val="24"/>
          <w:lang w:val="ru-RU"/>
        </w:rPr>
        <w:t>искусства»</w:t>
      </w:r>
      <w:r w:rsidRPr="004F5B21">
        <w:rPr>
          <w:lang w:val="ru-RU"/>
        </w:rPr>
        <w:br/>
      </w:r>
      <w:r w:rsidRPr="004F5B21">
        <w:rPr>
          <w:lang w:val="ru-RU"/>
        </w:rPr>
        <w:tab/>
      </w:r>
      <w:proofErr w:type="gramEnd"/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Вос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приятие произведений детского творчества. Обсуждение сюжетного и эмоционального содержания детских работ.</w:t>
      </w:r>
    </w:p>
    <w:p w:rsidR="006068E7" w:rsidRPr="004F5B21" w:rsidRDefault="001C08A7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4F5B21">
        <w:rPr>
          <w:lang w:val="ru-RU"/>
        </w:rPr>
        <w:tab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и наблюдения (установки).</w:t>
      </w:r>
    </w:p>
    <w:p w:rsidR="006068E7" w:rsidRPr="004F5B21" w:rsidRDefault="001C08A7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4F5B21">
        <w:rPr>
          <w:lang w:val="ru-RU"/>
        </w:rPr>
        <w:tab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6068E7" w:rsidRPr="004F5B21" w:rsidRDefault="001C08A7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Знакомство с картиной, в которой ярко выражено эмоциональное состояние, или с картиной, написанной на сказочный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 сюжет (произведения В. М. Васнецова, М. А. Врубеля и другие по выбору учителя).</w:t>
      </w:r>
    </w:p>
    <w:p w:rsidR="006068E7" w:rsidRPr="004F5B21" w:rsidRDefault="001C08A7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Художник и зритель. Освоение зрительских умений на основе получаемых знаний и творческих практических задач — установок наблюдения. Ассоциации из личного опыта </w:t>
      </w:r>
      <w:proofErr w:type="gramStart"/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учащихся</w:t>
      </w:r>
      <w:proofErr w:type="gramEnd"/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 и оцен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ка эмоционального содержания произведений.</w:t>
      </w:r>
    </w:p>
    <w:p w:rsidR="006068E7" w:rsidRPr="004F5B21" w:rsidRDefault="001C08A7">
      <w:pPr>
        <w:autoSpaceDE w:val="0"/>
        <w:autoSpaceDN w:val="0"/>
        <w:spacing w:before="190" w:after="0" w:line="271" w:lineRule="auto"/>
        <w:ind w:left="180" w:right="720"/>
        <w:rPr>
          <w:lang w:val="ru-RU"/>
        </w:rPr>
      </w:pPr>
      <w:r w:rsidRPr="004F5B2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«Азбука цифровой </w:t>
      </w:r>
      <w:proofErr w:type="gramStart"/>
      <w:r w:rsidRPr="004F5B21">
        <w:rPr>
          <w:rFonts w:ascii="Times New Roman" w:eastAsia="Times New Roman" w:hAnsi="Times New Roman"/>
          <w:b/>
          <w:color w:val="000000"/>
          <w:sz w:val="24"/>
          <w:lang w:val="ru-RU"/>
        </w:rPr>
        <w:t>графики»</w:t>
      </w:r>
      <w:r w:rsidRPr="004F5B21">
        <w:rPr>
          <w:lang w:val="ru-RU"/>
        </w:rPr>
        <w:br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Фотографирование</w:t>
      </w:r>
      <w:proofErr w:type="gramEnd"/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 мелких деталей природы, выражение ярких зрительных впечатлений. Обсуждение в условиях урока ученических фотографий, соответствующих изучаемой теме.</w:t>
      </w:r>
    </w:p>
    <w:p w:rsidR="006068E7" w:rsidRPr="004F5B21" w:rsidRDefault="006068E7">
      <w:pPr>
        <w:rPr>
          <w:lang w:val="ru-RU"/>
        </w:rPr>
        <w:sectPr w:rsidR="006068E7" w:rsidRPr="004F5B21">
          <w:pgSz w:w="11900" w:h="16840"/>
          <w:pgMar w:top="298" w:right="870" w:bottom="1440" w:left="666" w:header="720" w:footer="720" w:gutter="0"/>
          <w:cols w:space="720" w:equalWidth="0">
            <w:col w:w="10364" w:space="0"/>
          </w:cols>
          <w:docGrid w:linePitch="360"/>
        </w:sectPr>
      </w:pPr>
    </w:p>
    <w:p w:rsidR="006068E7" w:rsidRPr="004F5B21" w:rsidRDefault="006068E7">
      <w:pPr>
        <w:autoSpaceDE w:val="0"/>
        <w:autoSpaceDN w:val="0"/>
        <w:spacing w:after="78" w:line="220" w:lineRule="exact"/>
        <w:rPr>
          <w:lang w:val="ru-RU"/>
        </w:rPr>
      </w:pPr>
    </w:p>
    <w:p w:rsidR="006068E7" w:rsidRPr="004F5B21" w:rsidRDefault="001C08A7">
      <w:pPr>
        <w:autoSpaceDE w:val="0"/>
        <w:autoSpaceDN w:val="0"/>
        <w:spacing w:after="0" w:line="230" w:lineRule="auto"/>
        <w:rPr>
          <w:lang w:val="ru-RU"/>
        </w:rPr>
      </w:pPr>
      <w:r w:rsidRPr="004F5B21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6068E7" w:rsidRPr="004F5B21" w:rsidRDefault="001C08A7">
      <w:pPr>
        <w:autoSpaceDE w:val="0"/>
        <w:autoSpaceDN w:val="0"/>
        <w:spacing w:before="346" w:after="0" w:line="230" w:lineRule="auto"/>
        <w:rPr>
          <w:lang w:val="ru-RU"/>
        </w:rPr>
      </w:pPr>
      <w:r w:rsidRPr="004F5B21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6068E7" w:rsidRPr="004F5B21" w:rsidRDefault="001C08A7">
      <w:pPr>
        <w:autoSpaceDE w:val="0"/>
        <w:autoSpaceDN w:val="0"/>
        <w:spacing w:before="166" w:after="0" w:line="271" w:lineRule="auto"/>
        <w:ind w:right="1152" w:firstLine="180"/>
        <w:rPr>
          <w:lang w:val="ru-RU"/>
        </w:rPr>
      </w:pP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В центре программы по изобразительному искусству в соответствии с ФГОС начального 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образования находится личностное развитие обучающихся, приобщение их к российским традиционным духовным ценностям, а также социализация личности.</w:t>
      </w:r>
    </w:p>
    <w:p w:rsidR="006068E7" w:rsidRPr="004F5B21" w:rsidRDefault="001C08A7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4F5B21">
        <w:rPr>
          <w:lang w:val="ru-RU"/>
        </w:rPr>
        <w:tab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Программа призвана обеспечить достижение обучающимися личностных результатов: </w:t>
      </w:r>
      <w:r w:rsidRPr="004F5B21">
        <w:rPr>
          <w:lang w:val="ru-RU"/>
        </w:rPr>
        <w:br/>
      </w:r>
      <w:r w:rsidRPr="004F5B21">
        <w:rPr>
          <w:lang w:val="ru-RU"/>
        </w:rPr>
        <w:tab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уважения и ценностного отноше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ния к своей Родине — России; </w:t>
      </w:r>
      <w:r w:rsidRPr="004F5B21">
        <w:rPr>
          <w:lang w:val="ru-RU"/>
        </w:rPr>
        <w:br/>
      </w:r>
      <w:r w:rsidRPr="004F5B21">
        <w:rPr>
          <w:lang w:val="ru-RU"/>
        </w:rPr>
        <w:tab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ценностно-смысловые ориентации и установки, отражающие индивидуально-личностные позиции и социально значимые личностные качества; </w:t>
      </w:r>
      <w:r w:rsidRPr="004F5B21">
        <w:rPr>
          <w:lang w:val="ru-RU"/>
        </w:rPr>
        <w:br/>
      </w:r>
      <w:r w:rsidRPr="004F5B21">
        <w:rPr>
          <w:lang w:val="ru-RU"/>
        </w:rPr>
        <w:tab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духовно-нравственное развитие обучающихся; </w:t>
      </w:r>
      <w:r w:rsidRPr="004F5B21">
        <w:rPr>
          <w:lang w:val="ru-RU"/>
        </w:rPr>
        <w:br/>
      </w:r>
      <w:r w:rsidRPr="004F5B21">
        <w:rPr>
          <w:lang w:val="ru-RU"/>
        </w:rPr>
        <w:tab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мотивацию к познанию и обучению, готовность к са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моразвитию и активному участию в социально-значимой деятельности; </w:t>
      </w:r>
      <w:r w:rsidRPr="004F5B21">
        <w:rPr>
          <w:lang w:val="ru-RU"/>
        </w:rPr>
        <w:br/>
      </w:r>
      <w:r w:rsidRPr="004F5B21">
        <w:rPr>
          <w:lang w:val="ru-RU"/>
        </w:rPr>
        <w:tab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позитивный опыт участия в творческой деятельности; </w:t>
      </w:r>
      <w:r w:rsidRPr="004F5B21">
        <w:rPr>
          <w:lang w:val="ru-RU"/>
        </w:rPr>
        <w:br/>
      </w:r>
      <w:r w:rsidRPr="004F5B21">
        <w:rPr>
          <w:lang w:val="ru-RU"/>
        </w:rPr>
        <w:tab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интерес к произведениям искусства и литературы, построенным на принципах нравственности и гуманизма, уважительного отношения и интереса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 к культурным традициям и творчеству своего и других народов.</w:t>
      </w:r>
    </w:p>
    <w:p w:rsidR="006068E7" w:rsidRPr="004F5B21" w:rsidRDefault="001C08A7">
      <w:pPr>
        <w:autoSpaceDE w:val="0"/>
        <w:autoSpaceDN w:val="0"/>
        <w:spacing w:before="190" w:after="0" w:line="281" w:lineRule="auto"/>
        <w:ind w:right="144" w:firstLine="180"/>
        <w:rPr>
          <w:lang w:val="ru-RU"/>
        </w:rPr>
      </w:pPr>
      <w:r w:rsidRPr="004F5B21">
        <w:rPr>
          <w:rFonts w:ascii="Times New Roman" w:eastAsia="Times New Roman" w:hAnsi="Times New Roman"/>
          <w:i/>
          <w:color w:val="000000"/>
          <w:sz w:val="24"/>
          <w:lang w:val="ru-RU"/>
        </w:rPr>
        <w:t>Патриотическое воспитание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 осуществляется через освоение школьниками содержания традиций отечественной культуры, выраженной в её архитектуре, народном, декоративно-прикладном и изобразительном ис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кусстве. Урок искусства воспитывает патриотизм не в декларативной форме, а в процессе восприятия и освоения в личной художественной деятельности конкретных знаний о красоте и мудрости, заложенных в культурных традициях.</w:t>
      </w:r>
    </w:p>
    <w:p w:rsidR="006068E7" w:rsidRPr="004F5B21" w:rsidRDefault="001C08A7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r w:rsidRPr="004F5B21">
        <w:rPr>
          <w:rFonts w:ascii="Times New Roman" w:eastAsia="Times New Roman" w:hAnsi="Times New Roman"/>
          <w:i/>
          <w:color w:val="000000"/>
          <w:sz w:val="24"/>
          <w:lang w:val="ru-RU"/>
        </w:rPr>
        <w:t>Гражданское воспитание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 формируется ч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национальных э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6068E7" w:rsidRPr="004F5B21" w:rsidRDefault="001C08A7">
      <w:pPr>
        <w:autoSpaceDE w:val="0"/>
        <w:autoSpaceDN w:val="0"/>
        <w:spacing w:before="70" w:after="0" w:line="283" w:lineRule="auto"/>
        <w:ind w:right="288" w:firstLine="180"/>
        <w:rPr>
          <w:lang w:val="ru-RU"/>
        </w:rPr>
      </w:pPr>
      <w:r w:rsidRPr="004F5B21">
        <w:rPr>
          <w:rFonts w:ascii="Times New Roman" w:eastAsia="Times New Roman" w:hAnsi="Times New Roman"/>
          <w:i/>
          <w:color w:val="000000"/>
          <w:sz w:val="24"/>
          <w:lang w:val="ru-RU"/>
        </w:rPr>
        <w:t>Духовно-нравственное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 воспитание является стержне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м художественного развития обучающегося, приобщения его к искусству как сфере, концентрирующей в себе духовно-нравственного поиск человечества. Учебные задания направлены на развитие внутреннего мира обучающегося и воспитание его эмоционально-образной, чув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ственной сферы. Занятия искусством помогают школьнику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6068E7" w:rsidRPr="004F5B21" w:rsidRDefault="001C08A7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r w:rsidRPr="004F5B21">
        <w:rPr>
          <w:rFonts w:ascii="Times New Roman" w:eastAsia="Times New Roman" w:hAnsi="Times New Roman"/>
          <w:i/>
          <w:color w:val="000000"/>
          <w:sz w:val="24"/>
          <w:lang w:val="ru-RU"/>
        </w:rPr>
        <w:t>Эстетическое воспитание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 — важнейший компонент и условие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школьников в отношении к окружающим людям, в стремлении к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 их пониманию, а также в отношении к семье, природе, труду, искусству, культурному наследию.</w:t>
      </w:r>
    </w:p>
    <w:p w:rsidR="006068E7" w:rsidRPr="004F5B21" w:rsidRDefault="001C08A7">
      <w:pPr>
        <w:autoSpaceDE w:val="0"/>
        <w:autoSpaceDN w:val="0"/>
        <w:spacing w:before="70" w:after="0"/>
        <w:ind w:firstLine="180"/>
        <w:rPr>
          <w:lang w:val="ru-RU"/>
        </w:rPr>
      </w:pPr>
      <w:r w:rsidRPr="004F5B21">
        <w:rPr>
          <w:rFonts w:ascii="Times New Roman" w:eastAsia="Times New Roman" w:hAnsi="Times New Roman"/>
          <w:i/>
          <w:color w:val="000000"/>
          <w:sz w:val="24"/>
          <w:lang w:val="ru-RU"/>
        </w:rPr>
        <w:t>Ценности познавательной деятельности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6068E7" w:rsidRPr="004F5B21" w:rsidRDefault="001C08A7">
      <w:pPr>
        <w:autoSpaceDE w:val="0"/>
        <w:autoSpaceDN w:val="0"/>
        <w:spacing w:before="70" w:after="0" w:line="271" w:lineRule="auto"/>
        <w:ind w:right="432" w:firstLine="180"/>
        <w:rPr>
          <w:lang w:val="ru-RU"/>
        </w:rPr>
      </w:pPr>
      <w:r w:rsidRPr="004F5B21">
        <w:rPr>
          <w:rFonts w:ascii="Times New Roman" w:eastAsia="Times New Roman" w:hAnsi="Times New Roman"/>
          <w:i/>
          <w:color w:val="000000"/>
          <w:sz w:val="24"/>
          <w:lang w:val="ru-RU"/>
        </w:rPr>
        <w:t>Экологическое воспитание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 происходит в процессе художеств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6068E7" w:rsidRPr="004F5B21" w:rsidRDefault="006068E7">
      <w:pPr>
        <w:rPr>
          <w:lang w:val="ru-RU"/>
        </w:rPr>
        <w:sectPr w:rsidR="006068E7" w:rsidRPr="004F5B21">
          <w:pgSz w:w="11900" w:h="16840"/>
          <w:pgMar w:top="298" w:right="650" w:bottom="35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068E7" w:rsidRPr="004F5B21" w:rsidRDefault="006068E7">
      <w:pPr>
        <w:autoSpaceDE w:val="0"/>
        <w:autoSpaceDN w:val="0"/>
        <w:spacing w:after="78" w:line="220" w:lineRule="exact"/>
        <w:rPr>
          <w:lang w:val="ru-RU"/>
        </w:rPr>
      </w:pPr>
    </w:p>
    <w:p w:rsidR="006068E7" w:rsidRPr="004F5B21" w:rsidRDefault="001C08A7">
      <w:pPr>
        <w:autoSpaceDE w:val="0"/>
        <w:autoSpaceDN w:val="0"/>
        <w:spacing w:after="0" w:line="281" w:lineRule="auto"/>
        <w:ind w:right="144" w:firstLine="180"/>
        <w:rPr>
          <w:lang w:val="ru-RU"/>
        </w:rPr>
      </w:pPr>
      <w:r w:rsidRPr="004F5B21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Трудовое </w:t>
      </w:r>
      <w:r w:rsidRPr="004F5B21">
        <w:rPr>
          <w:rFonts w:ascii="Times New Roman" w:eastAsia="Times New Roman" w:hAnsi="Times New Roman"/>
          <w:i/>
          <w:color w:val="000000"/>
          <w:sz w:val="24"/>
          <w:lang w:val="ru-RU"/>
        </w:rPr>
        <w:t>воспитание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онимание эстетики трудовой деятельности. Важны также умения сотрудничать с одноклассниками, работать в команде, выполнять коллективную работу — обязательные требования к определённым заданиям по программе.</w:t>
      </w:r>
    </w:p>
    <w:p w:rsidR="006068E7" w:rsidRPr="004F5B21" w:rsidRDefault="001C08A7">
      <w:pPr>
        <w:autoSpaceDE w:val="0"/>
        <w:autoSpaceDN w:val="0"/>
        <w:spacing w:before="262" w:after="0" w:line="230" w:lineRule="auto"/>
        <w:rPr>
          <w:lang w:val="ru-RU"/>
        </w:rPr>
      </w:pPr>
      <w:r w:rsidRPr="004F5B21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6068E7" w:rsidRPr="004F5B21" w:rsidRDefault="001C08A7">
      <w:pPr>
        <w:tabs>
          <w:tab w:val="left" w:pos="180"/>
        </w:tabs>
        <w:autoSpaceDE w:val="0"/>
        <w:autoSpaceDN w:val="0"/>
        <w:spacing w:before="166" w:after="0" w:line="288" w:lineRule="auto"/>
        <w:rPr>
          <w:lang w:val="ru-RU"/>
        </w:rPr>
      </w:pPr>
      <w:r w:rsidRPr="004F5B21">
        <w:rPr>
          <w:lang w:val="ru-RU"/>
        </w:rPr>
        <w:tab/>
      </w:r>
      <w:r w:rsidRPr="004F5B21">
        <w:rPr>
          <w:rFonts w:ascii="Times New Roman" w:eastAsia="Times New Roman" w:hAnsi="Times New Roman"/>
          <w:b/>
          <w:color w:val="000000"/>
          <w:sz w:val="24"/>
          <w:lang w:val="ru-RU"/>
        </w:rPr>
        <w:t>1.Овладение универсальн</w:t>
      </w:r>
      <w:r w:rsidRPr="004F5B2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ыми познавательными действиями </w:t>
      </w:r>
      <w:r w:rsidRPr="004F5B21">
        <w:rPr>
          <w:lang w:val="ru-RU"/>
        </w:rPr>
        <w:br/>
      </w:r>
      <w:r w:rsidRPr="004F5B21">
        <w:rPr>
          <w:lang w:val="ru-RU"/>
        </w:rPr>
        <w:tab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Пространственные представления и сенсорные способности: </w:t>
      </w:r>
      <w:r w:rsidRPr="004F5B21">
        <w:rPr>
          <w:lang w:val="ru-RU"/>
        </w:rPr>
        <w:br/>
      </w:r>
      <w:r w:rsidRPr="004F5B21">
        <w:rPr>
          <w:lang w:val="ru-RU"/>
        </w:rPr>
        <w:tab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форму предмета, конструкции; </w:t>
      </w:r>
      <w:r w:rsidRPr="004F5B21">
        <w:rPr>
          <w:lang w:val="ru-RU"/>
        </w:rPr>
        <w:br/>
      </w:r>
      <w:r w:rsidRPr="004F5B21">
        <w:rPr>
          <w:lang w:val="ru-RU"/>
        </w:rPr>
        <w:tab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доминантные черты (характерные особенности) в визуальном образе; </w:t>
      </w:r>
      <w:r w:rsidRPr="004F5B21">
        <w:rPr>
          <w:lang w:val="ru-RU"/>
        </w:rPr>
        <w:br/>
      </w:r>
      <w:r w:rsidRPr="004F5B21">
        <w:rPr>
          <w:lang w:val="ru-RU"/>
        </w:rPr>
        <w:tab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сравнивать плоскостные и пространственные объекты по заданным основаниям; </w:t>
      </w:r>
      <w:r w:rsidRPr="004F5B21">
        <w:rPr>
          <w:lang w:val="ru-RU"/>
        </w:rPr>
        <w:br/>
      </w:r>
      <w:r w:rsidRPr="004F5B21">
        <w:rPr>
          <w:lang w:val="ru-RU"/>
        </w:rPr>
        <w:tab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находить ассоциативные связи между визуальными образами разных форм и предметов; </w:t>
      </w:r>
      <w:r w:rsidRPr="004F5B21">
        <w:rPr>
          <w:lang w:val="ru-RU"/>
        </w:rPr>
        <w:br/>
      </w:r>
      <w:r w:rsidRPr="004F5B21">
        <w:rPr>
          <w:lang w:val="ru-RU"/>
        </w:rPr>
        <w:tab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сопоставлять части и целое в видимом образе, предмете, конструкции; </w:t>
      </w:r>
      <w:r w:rsidRPr="004F5B21">
        <w:rPr>
          <w:lang w:val="ru-RU"/>
        </w:rPr>
        <w:br/>
      </w:r>
      <w:r w:rsidRPr="004F5B21">
        <w:rPr>
          <w:lang w:val="ru-RU"/>
        </w:rPr>
        <w:tab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анализировать пропорциональ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ные отношения частей внутри целого и предметов между собой; </w:t>
      </w:r>
      <w:r w:rsidRPr="004F5B21">
        <w:rPr>
          <w:lang w:val="ru-RU"/>
        </w:rPr>
        <w:tab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обобщать форму составной конструкции; </w:t>
      </w:r>
      <w:r w:rsidRPr="004F5B21">
        <w:rPr>
          <w:lang w:val="ru-RU"/>
        </w:rPr>
        <w:br/>
      </w:r>
      <w:r w:rsidRPr="004F5B21">
        <w:rPr>
          <w:lang w:val="ru-RU"/>
        </w:rPr>
        <w:tab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и анализировать ритмические отношения в пространстве и в изображении (визуальном образе) на установленных основаниях; </w:t>
      </w:r>
      <w:r w:rsidRPr="004F5B21">
        <w:rPr>
          <w:lang w:val="ru-RU"/>
        </w:rPr>
        <w:br/>
      </w:r>
      <w:r w:rsidRPr="004F5B21">
        <w:rPr>
          <w:lang w:val="ru-RU"/>
        </w:rPr>
        <w:tab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абстрагировать образ реаль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ности при построении плоской композиции; </w:t>
      </w:r>
      <w:r w:rsidRPr="004F5B21">
        <w:rPr>
          <w:lang w:val="ru-RU"/>
        </w:rPr>
        <w:br/>
      </w:r>
      <w:r w:rsidRPr="004F5B21">
        <w:rPr>
          <w:lang w:val="ru-RU"/>
        </w:rPr>
        <w:tab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соотносить тональные отношения (тёмное — светлое) в пространственных и плоскостных объектах; </w:t>
      </w:r>
      <w:r w:rsidRPr="004F5B21">
        <w:rPr>
          <w:lang w:val="ru-RU"/>
        </w:rPr>
        <w:tab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и.</w:t>
      </w:r>
    </w:p>
    <w:p w:rsidR="006068E7" w:rsidRPr="004F5B21" w:rsidRDefault="001C08A7">
      <w:pPr>
        <w:tabs>
          <w:tab w:val="left" w:pos="180"/>
        </w:tabs>
        <w:autoSpaceDE w:val="0"/>
        <w:autoSpaceDN w:val="0"/>
        <w:spacing w:before="190" w:after="0" w:line="290" w:lineRule="auto"/>
        <w:rPr>
          <w:lang w:val="ru-RU"/>
        </w:rPr>
      </w:pPr>
      <w:r w:rsidRPr="004F5B21">
        <w:rPr>
          <w:lang w:val="ru-RU"/>
        </w:rPr>
        <w:tab/>
      </w:r>
      <w:r w:rsidRPr="004F5B21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Базовые логические и исследовательские действия: </w:t>
      </w:r>
      <w:r w:rsidRPr="004F5B21">
        <w:rPr>
          <w:lang w:val="ru-RU"/>
        </w:rPr>
        <w:br/>
      </w:r>
      <w:r w:rsidRPr="004F5B21">
        <w:rPr>
          <w:lang w:val="ru-RU"/>
        </w:rPr>
        <w:tab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исследовательские, экспериментальные действия в процессе освоения выразительных свойств различных художественных материалов; </w:t>
      </w:r>
      <w:r w:rsidRPr="004F5B21">
        <w:rPr>
          <w:lang w:val="ru-RU"/>
        </w:rPr>
        <w:br/>
      </w:r>
      <w:r w:rsidRPr="004F5B21">
        <w:rPr>
          <w:lang w:val="ru-RU"/>
        </w:rPr>
        <w:tab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проявлять творческие экспериментальные действия в процессе самос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тоятельного выполнения художественных заданий; </w:t>
      </w:r>
      <w:r w:rsidRPr="004F5B21">
        <w:rPr>
          <w:lang w:val="ru-RU"/>
        </w:rPr>
        <w:br/>
      </w:r>
      <w:r w:rsidRPr="004F5B21">
        <w:rPr>
          <w:lang w:val="ru-RU"/>
        </w:rPr>
        <w:tab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ворчества; </w:t>
      </w:r>
      <w:r w:rsidRPr="004F5B21">
        <w:rPr>
          <w:lang w:val="ru-RU"/>
        </w:rPr>
        <w:br/>
      </w:r>
      <w:r w:rsidRPr="004F5B21">
        <w:rPr>
          <w:lang w:val="ru-RU"/>
        </w:rPr>
        <w:tab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наблюдения для получения информации об особенностях объектов и состояния природы, предметного мира человека, городской среды; </w:t>
      </w:r>
      <w:r w:rsidRPr="004F5B21">
        <w:rPr>
          <w:lang w:val="ru-RU"/>
        </w:rPr>
        <w:br/>
      </w:r>
      <w:r w:rsidRPr="004F5B21">
        <w:rPr>
          <w:lang w:val="ru-RU"/>
        </w:rPr>
        <w:tab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анализировать и оценивать с позиций эстетических категорий явления природы и предметно-пространственну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ю среду жизни человека; </w:t>
      </w:r>
      <w:r w:rsidRPr="004F5B21">
        <w:rPr>
          <w:lang w:val="ru-RU"/>
        </w:rPr>
        <w:br/>
      </w:r>
      <w:r w:rsidRPr="004F5B21">
        <w:rPr>
          <w:lang w:val="ru-RU"/>
        </w:rPr>
        <w:tab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формулировать выводы, соответствующие эстетическим, аналитическим и другим учебным установкам по результатам проведённого наблюдения; </w:t>
      </w:r>
      <w:r w:rsidRPr="004F5B21">
        <w:rPr>
          <w:lang w:val="ru-RU"/>
        </w:rPr>
        <w:br/>
      </w:r>
      <w:r w:rsidRPr="004F5B21">
        <w:rPr>
          <w:lang w:val="ru-RU"/>
        </w:rPr>
        <w:tab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использовать знаково-символические средства для составления орнаментов и декоративных композиц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ий; </w:t>
      </w:r>
      <w:r w:rsidRPr="004F5B21">
        <w:rPr>
          <w:lang w:val="ru-RU"/>
        </w:rPr>
        <w:br/>
      </w:r>
      <w:r w:rsidRPr="004F5B21">
        <w:rPr>
          <w:lang w:val="ru-RU"/>
        </w:rPr>
        <w:tab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классифицировать произведения искусства по видам и, соответственно, по назначению в жизни людей; </w:t>
      </w:r>
      <w:r w:rsidRPr="004F5B21">
        <w:rPr>
          <w:lang w:val="ru-RU"/>
        </w:rPr>
        <w:br/>
      </w:r>
      <w:r w:rsidRPr="004F5B21">
        <w:rPr>
          <w:lang w:val="ru-RU"/>
        </w:rPr>
        <w:tab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классифицировать произведения изобразительного искусства по жанрам в качестве инструмента анализа содержания произведений; </w:t>
      </w:r>
      <w:r w:rsidRPr="004F5B21">
        <w:rPr>
          <w:lang w:val="ru-RU"/>
        </w:rPr>
        <w:br/>
      </w:r>
      <w:r w:rsidRPr="004F5B21">
        <w:rPr>
          <w:lang w:val="ru-RU"/>
        </w:rPr>
        <w:tab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ставить и использовать воп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росы как исследовательский инструмент познания.</w:t>
      </w:r>
    </w:p>
    <w:p w:rsidR="006068E7" w:rsidRPr="004F5B21" w:rsidRDefault="001C08A7">
      <w:pPr>
        <w:autoSpaceDE w:val="0"/>
        <w:autoSpaceDN w:val="0"/>
        <w:spacing w:before="190" w:after="0" w:line="262" w:lineRule="auto"/>
        <w:ind w:left="180" w:right="4752"/>
        <w:rPr>
          <w:lang w:val="ru-RU"/>
        </w:rPr>
      </w:pPr>
      <w:r w:rsidRPr="004F5B21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Работа с информацией: </w:t>
      </w:r>
      <w:r w:rsidRPr="004F5B21">
        <w:rPr>
          <w:lang w:val="ru-RU"/>
        </w:rPr>
        <w:br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использовать электронные образовательные ресурсы;</w:t>
      </w:r>
    </w:p>
    <w:p w:rsidR="006068E7" w:rsidRPr="004F5B21" w:rsidRDefault="006068E7">
      <w:pPr>
        <w:rPr>
          <w:lang w:val="ru-RU"/>
        </w:rPr>
        <w:sectPr w:rsidR="006068E7" w:rsidRPr="004F5B21">
          <w:pgSz w:w="11900" w:h="16840"/>
          <w:pgMar w:top="298" w:right="658" w:bottom="332" w:left="666" w:header="720" w:footer="720" w:gutter="0"/>
          <w:cols w:space="720" w:equalWidth="0">
            <w:col w:w="10576" w:space="0"/>
          </w:cols>
          <w:docGrid w:linePitch="360"/>
        </w:sectPr>
      </w:pPr>
    </w:p>
    <w:p w:rsidR="006068E7" w:rsidRPr="004F5B21" w:rsidRDefault="006068E7">
      <w:pPr>
        <w:autoSpaceDE w:val="0"/>
        <w:autoSpaceDN w:val="0"/>
        <w:spacing w:after="78" w:line="220" w:lineRule="exact"/>
        <w:rPr>
          <w:lang w:val="ru-RU"/>
        </w:rPr>
      </w:pPr>
    </w:p>
    <w:p w:rsidR="006068E7" w:rsidRPr="004F5B21" w:rsidRDefault="001C08A7">
      <w:pPr>
        <w:tabs>
          <w:tab w:val="left" w:pos="180"/>
        </w:tabs>
        <w:autoSpaceDE w:val="0"/>
        <w:autoSpaceDN w:val="0"/>
        <w:spacing w:after="0" w:line="286" w:lineRule="auto"/>
        <w:rPr>
          <w:lang w:val="ru-RU"/>
        </w:rPr>
      </w:pPr>
      <w:r w:rsidRPr="004F5B21">
        <w:rPr>
          <w:lang w:val="ru-RU"/>
        </w:rPr>
        <w:tab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работать с электронными учебниками и учебными пособиями; </w:t>
      </w:r>
      <w:r w:rsidRPr="004F5B21">
        <w:rPr>
          <w:lang w:val="ru-RU"/>
        </w:rPr>
        <w:br/>
      </w:r>
      <w:r w:rsidRPr="004F5B21">
        <w:rPr>
          <w:lang w:val="ru-RU"/>
        </w:rPr>
        <w:tab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выбирать и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сточник для получения информации: поисковые системы Интернета, цифровые электронные средства, справочники, художественные альбомы и детские книги; </w:t>
      </w:r>
      <w:r w:rsidRPr="004F5B21">
        <w:rPr>
          <w:lang w:val="ru-RU"/>
        </w:rPr>
        <w:br/>
      </w:r>
      <w:r w:rsidRPr="004F5B21">
        <w:rPr>
          <w:lang w:val="ru-RU"/>
        </w:rPr>
        <w:tab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анализировать, интерпретировать, обобщать и систематизировать информацию, представленную в произведениях ис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кусства, текстах, таблицах и схемах; </w:t>
      </w:r>
      <w:r w:rsidRPr="004F5B21">
        <w:rPr>
          <w:lang w:val="ru-RU"/>
        </w:rPr>
        <w:br/>
      </w:r>
      <w:r w:rsidRPr="004F5B21">
        <w:rPr>
          <w:lang w:val="ru-RU"/>
        </w:rPr>
        <w:tab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готовить информацию на заданную или выбранную тему и представлять её в различных видах: рисунках и эскизах, электронных презентациях; </w:t>
      </w:r>
      <w:r w:rsidRPr="004F5B21">
        <w:rPr>
          <w:lang w:val="ru-RU"/>
        </w:rPr>
        <w:br/>
      </w:r>
      <w:r w:rsidRPr="004F5B21">
        <w:rPr>
          <w:lang w:val="ru-RU"/>
        </w:rPr>
        <w:tab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осуществлять виртуальные путешествия по архитектурным памятникам, 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в отечественные </w:t>
      </w:r>
      <w:r w:rsidRPr="004F5B21">
        <w:rPr>
          <w:lang w:val="ru-RU"/>
        </w:rPr>
        <w:br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художественные музеи и зарубежные художественные музеи (галереи) на основе установок и </w:t>
      </w:r>
      <w:proofErr w:type="spellStart"/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квестов</w:t>
      </w:r>
      <w:proofErr w:type="spellEnd"/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, предложенных учителем; </w:t>
      </w:r>
      <w:r w:rsidRPr="004F5B21">
        <w:rPr>
          <w:lang w:val="ru-RU"/>
        </w:rPr>
        <w:br/>
      </w:r>
      <w:r w:rsidRPr="004F5B21">
        <w:rPr>
          <w:lang w:val="ru-RU"/>
        </w:rPr>
        <w:tab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соблюдать правила информационной безопасности при работе в сети Интернет.</w:t>
      </w:r>
    </w:p>
    <w:p w:rsidR="006068E7" w:rsidRPr="004F5B21" w:rsidRDefault="001C08A7">
      <w:pPr>
        <w:tabs>
          <w:tab w:val="left" w:pos="180"/>
        </w:tabs>
        <w:autoSpaceDE w:val="0"/>
        <w:autoSpaceDN w:val="0"/>
        <w:spacing w:before="192" w:after="0" w:line="288" w:lineRule="auto"/>
        <w:rPr>
          <w:lang w:val="ru-RU"/>
        </w:rPr>
      </w:pPr>
      <w:r w:rsidRPr="004F5B21">
        <w:rPr>
          <w:lang w:val="ru-RU"/>
        </w:rPr>
        <w:tab/>
      </w:r>
      <w:r w:rsidRPr="004F5B21">
        <w:rPr>
          <w:rFonts w:ascii="Times New Roman" w:eastAsia="Times New Roman" w:hAnsi="Times New Roman"/>
          <w:b/>
          <w:color w:val="000000"/>
          <w:sz w:val="24"/>
          <w:lang w:val="ru-RU"/>
        </w:rPr>
        <w:t>2.Овладение универсальными коммуникативными</w:t>
      </w:r>
      <w:r w:rsidRPr="004F5B2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действиями </w:t>
      </w:r>
      <w:r w:rsidRPr="004F5B21">
        <w:rPr>
          <w:lang w:val="ru-RU"/>
        </w:rPr>
        <w:br/>
      </w:r>
      <w:r w:rsidRPr="004F5B21">
        <w:rPr>
          <w:lang w:val="ru-RU"/>
        </w:rPr>
        <w:tab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Обучающиеся должны овладеть следующими действиями: </w:t>
      </w:r>
      <w:r w:rsidRPr="004F5B21">
        <w:rPr>
          <w:lang w:val="ru-RU"/>
        </w:rPr>
        <w:br/>
      </w:r>
      <w:r w:rsidRPr="004F5B21">
        <w:rPr>
          <w:lang w:val="ru-RU"/>
        </w:rPr>
        <w:tab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искусство в качестве особого языка общения — межличностного (автор — зритель), между поколениями, между народами; </w:t>
      </w:r>
      <w:r w:rsidRPr="004F5B21">
        <w:rPr>
          <w:lang w:val="ru-RU"/>
        </w:rPr>
        <w:br/>
      </w:r>
      <w:r w:rsidRPr="004F5B21">
        <w:rPr>
          <w:lang w:val="ru-RU"/>
        </w:rPr>
        <w:tab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вести диалог и участвовать в дискуссии, проявляя уважительное от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ношение к оппонентам,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  <w:r w:rsidRPr="004F5B21">
        <w:rPr>
          <w:lang w:val="ru-RU"/>
        </w:rPr>
        <w:br/>
      </w:r>
      <w:r w:rsidRPr="004F5B21">
        <w:rPr>
          <w:lang w:val="ru-RU"/>
        </w:rPr>
        <w:tab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находить общее решение и разрешать конфликты на основе общих позиций и учёта интересов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 в процессе совместной художественной деятельности; </w:t>
      </w:r>
      <w:r w:rsidRPr="004F5B21">
        <w:rPr>
          <w:lang w:val="ru-RU"/>
        </w:rPr>
        <w:br/>
      </w:r>
      <w:r w:rsidRPr="004F5B21">
        <w:rPr>
          <w:lang w:val="ru-RU"/>
        </w:rPr>
        <w:tab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демонстрировать и объяснять результаты своего творческого, художественного или </w:t>
      </w:r>
      <w:r w:rsidRPr="004F5B21">
        <w:rPr>
          <w:lang w:val="ru-RU"/>
        </w:rPr>
        <w:br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исследовательского опыта; </w:t>
      </w:r>
      <w:r w:rsidRPr="004F5B21">
        <w:rPr>
          <w:lang w:val="ru-RU"/>
        </w:rPr>
        <w:br/>
      </w:r>
      <w:r w:rsidRPr="004F5B21">
        <w:rPr>
          <w:lang w:val="ru-RU"/>
        </w:rPr>
        <w:tab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 произведения детского художественного творчества с позиций их содержания и в 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соответствии с учебной задачей, поставленной учителем; </w:t>
      </w:r>
      <w:r w:rsidRPr="004F5B21">
        <w:rPr>
          <w:lang w:val="ru-RU"/>
        </w:rPr>
        <w:br/>
      </w:r>
      <w:r w:rsidRPr="004F5B21">
        <w:rPr>
          <w:lang w:val="ru-RU"/>
        </w:rPr>
        <w:tab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признавать своё и чужое право на ошибку, развивать свои способности сопереживать, понимать намерения и переживания свои и других людей; </w:t>
      </w:r>
      <w:r w:rsidRPr="004F5B21">
        <w:rPr>
          <w:lang w:val="ru-RU"/>
        </w:rPr>
        <w:br/>
      </w:r>
      <w:r w:rsidRPr="004F5B21">
        <w:rPr>
          <w:lang w:val="ru-RU"/>
        </w:rPr>
        <w:tab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взаимодействовать, сотрудничать в процессе коллективной работ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6068E7" w:rsidRPr="004F5B21" w:rsidRDefault="001C08A7">
      <w:pPr>
        <w:tabs>
          <w:tab w:val="left" w:pos="180"/>
        </w:tabs>
        <w:autoSpaceDE w:val="0"/>
        <w:autoSpaceDN w:val="0"/>
        <w:spacing w:before="190" w:after="0" w:line="286" w:lineRule="auto"/>
        <w:ind w:right="1296"/>
        <w:rPr>
          <w:lang w:val="ru-RU"/>
        </w:rPr>
      </w:pPr>
      <w:r w:rsidRPr="004F5B21">
        <w:rPr>
          <w:lang w:val="ru-RU"/>
        </w:rPr>
        <w:tab/>
      </w:r>
      <w:r w:rsidRPr="004F5B2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3.Овладение универсальными регулятивными действиями </w:t>
      </w:r>
      <w:r w:rsidRPr="004F5B21">
        <w:rPr>
          <w:lang w:val="ru-RU"/>
        </w:rPr>
        <w:br/>
      </w:r>
      <w:r w:rsidRPr="004F5B21">
        <w:rPr>
          <w:lang w:val="ru-RU"/>
        </w:rPr>
        <w:tab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Обучающиеся должны овладеть следующими действиями: </w:t>
      </w:r>
      <w:r w:rsidRPr="004F5B21">
        <w:rPr>
          <w:lang w:val="ru-RU"/>
        </w:rPr>
        <w:br/>
      </w:r>
      <w:r w:rsidRPr="004F5B21">
        <w:rPr>
          <w:lang w:val="ru-RU"/>
        </w:rPr>
        <w:tab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внимательно относиться и выполнять учебные задачи, поставленные учителем; </w:t>
      </w:r>
      <w:r w:rsidRPr="004F5B21">
        <w:rPr>
          <w:lang w:val="ru-RU"/>
        </w:rPr>
        <w:tab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последовательность учебных действий при выполнении задания; </w:t>
      </w:r>
      <w:r w:rsidRPr="004F5B21">
        <w:rPr>
          <w:lang w:val="ru-RU"/>
        </w:rPr>
        <w:br/>
      </w:r>
      <w:r w:rsidRPr="004F5B21">
        <w:rPr>
          <w:lang w:val="ru-RU"/>
        </w:rPr>
        <w:tab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уметь организовывать своё рабочее место для практической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 работы, сохраняя порядок в окружающем пространстве и бережно относясь к используемым материалам; </w:t>
      </w:r>
      <w:r w:rsidRPr="004F5B21">
        <w:rPr>
          <w:lang w:val="ru-RU"/>
        </w:rPr>
        <w:br/>
      </w:r>
      <w:r w:rsidRPr="004F5B21">
        <w:rPr>
          <w:lang w:val="ru-RU"/>
        </w:rPr>
        <w:tab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6068E7" w:rsidRPr="004F5B21" w:rsidRDefault="001C08A7">
      <w:pPr>
        <w:autoSpaceDE w:val="0"/>
        <w:autoSpaceDN w:val="0"/>
        <w:spacing w:before="262" w:after="0" w:line="230" w:lineRule="auto"/>
        <w:rPr>
          <w:lang w:val="ru-RU"/>
        </w:rPr>
      </w:pPr>
      <w:r w:rsidRPr="004F5B21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6068E7" w:rsidRPr="004F5B21" w:rsidRDefault="001C08A7">
      <w:pPr>
        <w:autoSpaceDE w:val="0"/>
        <w:autoSpaceDN w:val="0"/>
        <w:spacing w:before="166" w:after="0"/>
        <w:ind w:firstLine="180"/>
        <w:rPr>
          <w:lang w:val="ru-RU"/>
        </w:rPr>
      </w:pP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Предметные результаты сформулированы по годам обучения на основе модульного построения содержания в соответствии с Приложением № 8 к Федеральному государственному образовательному стандарту начального общего образования, утверждённому приказом Министерства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 просвещения Российской Федерации.</w:t>
      </w:r>
    </w:p>
    <w:p w:rsidR="006068E7" w:rsidRPr="004F5B21" w:rsidRDefault="001C08A7">
      <w:pPr>
        <w:autoSpaceDE w:val="0"/>
        <w:autoSpaceDN w:val="0"/>
        <w:spacing w:before="190" w:after="0" w:line="262" w:lineRule="auto"/>
        <w:ind w:left="180" w:right="720"/>
        <w:rPr>
          <w:lang w:val="ru-RU"/>
        </w:rPr>
      </w:pPr>
      <w:r w:rsidRPr="004F5B21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</w:t>
      </w:r>
      <w:proofErr w:type="gramStart"/>
      <w:r w:rsidRPr="004F5B21">
        <w:rPr>
          <w:rFonts w:ascii="Times New Roman" w:eastAsia="Times New Roman" w:hAnsi="Times New Roman"/>
          <w:b/>
          <w:color w:val="000000"/>
          <w:sz w:val="24"/>
          <w:lang w:val="ru-RU"/>
        </w:rPr>
        <w:t>Графика»</w:t>
      </w:r>
      <w:r w:rsidRPr="004F5B21">
        <w:rPr>
          <w:lang w:val="ru-RU"/>
        </w:rPr>
        <w:br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Осваивать</w:t>
      </w:r>
      <w:proofErr w:type="gramEnd"/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 навыки применения свойств простых графических материалов в самостоятельной</w:t>
      </w:r>
    </w:p>
    <w:p w:rsidR="006068E7" w:rsidRPr="004F5B21" w:rsidRDefault="006068E7">
      <w:pPr>
        <w:rPr>
          <w:lang w:val="ru-RU"/>
        </w:rPr>
        <w:sectPr w:rsidR="006068E7" w:rsidRPr="004F5B21">
          <w:pgSz w:w="11900" w:h="16840"/>
          <w:pgMar w:top="298" w:right="668" w:bottom="438" w:left="666" w:header="720" w:footer="720" w:gutter="0"/>
          <w:cols w:space="720" w:equalWidth="0">
            <w:col w:w="10566" w:space="0"/>
          </w:cols>
          <w:docGrid w:linePitch="360"/>
        </w:sectPr>
      </w:pPr>
    </w:p>
    <w:p w:rsidR="006068E7" w:rsidRPr="004F5B21" w:rsidRDefault="006068E7">
      <w:pPr>
        <w:autoSpaceDE w:val="0"/>
        <w:autoSpaceDN w:val="0"/>
        <w:spacing w:after="66" w:line="220" w:lineRule="exact"/>
        <w:rPr>
          <w:lang w:val="ru-RU"/>
        </w:rPr>
      </w:pPr>
    </w:p>
    <w:p w:rsidR="006068E7" w:rsidRPr="004F5B21" w:rsidRDefault="001C08A7">
      <w:pPr>
        <w:autoSpaceDE w:val="0"/>
        <w:autoSpaceDN w:val="0"/>
        <w:spacing w:after="0" w:line="230" w:lineRule="auto"/>
        <w:rPr>
          <w:lang w:val="ru-RU"/>
        </w:rPr>
      </w:pP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творческой работе в условиях урока.</w:t>
      </w:r>
    </w:p>
    <w:p w:rsidR="006068E7" w:rsidRPr="004F5B21" w:rsidRDefault="001C08A7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4F5B21">
        <w:rPr>
          <w:lang w:val="ru-RU"/>
        </w:rPr>
        <w:tab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Приобретать первич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ный опыт в создании графического рисунка на основе знакомства со средствами изобразительного языка.</w:t>
      </w:r>
    </w:p>
    <w:p w:rsidR="006068E7" w:rsidRPr="004F5B21" w:rsidRDefault="001C08A7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4F5B21">
        <w:rPr>
          <w:lang w:val="ru-RU"/>
        </w:rPr>
        <w:tab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6068E7" w:rsidRPr="004F5B21" w:rsidRDefault="001C08A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с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оздания рисунка простого (плоского) предмета с натуры.</w:t>
      </w:r>
    </w:p>
    <w:p w:rsidR="006068E7" w:rsidRPr="004F5B21" w:rsidRDefault="001C08A7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4F5B21">
        <w:rPr>
          <w:lang w:val="ru-RU"/>
        </w:rPr>
        <w:tab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6068E7" w:rsidRPr="004F5B21" w:rsidRDefault="001C08A7">
      <w:pPr>
        <w:tabs>
          <w:tab w:val="left" w:pos="180"/>
        </w:tabs>
        <w:autoSpaceDE w:val="0"/>
        <w:autoSpaceDN w:val="0"/>
        <w:spacing w:before="70" w:after="0" w:line="271" w:lineRule="auto"/>
        <w:rPr>
          <w:lang w:val="ru-RU"/>
        </w:rPr>
      </w:pPr>
      <w:r w:rsidRPr="004F5B21">
        <w:rPr>
          <w:lang w:val="ru-RU"/>
        </w:rPr>
        <w:tab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Приобретать первичные знания и навыки композиционного расположения изображения на листе. </w:t>
      </w:r>
      <w:r w:rsidRPr="004F5B21">
        <w:rPr>
          <w:lang w:val="ru-RU"/>
        </w:rPr>
        <w:tab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Уметь выбирать в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ертикальный или горизонтальный формат листа для выполнения соответствующих задач рисунка.</w:t>
      </w:r>
    </w:p>
    <w:p w:rsidR="006068E7" w:rsidRPr="004F5B21" w:rsidRDefault="001C08A7">
      <w:pPr>
        <w:tabs>
          <w:tab w:val="left" w:pos="180"/>
        </w:tabs>
        <w:autoSpaceDE w:val="0"/>
        <w:autoSpaceDN w:val="0"/>
        <w:spacing w:before="72" w:after="0" w:line="262" w:lineRule="auto"/>
        <w:ind w:right="1008"/>
        <w:rPr>
          <w:lang w:val="ru-RU"/>
        </w:rPr>
      </w:pPr>
      <w:r w:rsidRPr="004F5B21">
        <w:rPr>
          <w:lang w:val="ru-RU"/>
        </w:rPr>
        <w:tab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6068E7" w:rsidRPr="004F5B21" w:rsidRDefault="001C08A7">
      <w:pPr>
        <w:autoSpaceDE w:val="0"/>
        <w:autoSpaceDN w:val="0"/>
        <w:spacing w:before="70" w:after="0" w:line="271" w:lineRule="auto"/>
        <w:ind w:right="720" w:firstLine="180"/>
        <w:rPr>
          <w:lang w:val="ru-RU"/>
        </w:rPr>
      </w:pP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6068E7" w:rsidRPr="004F5B21" w:rsidRDefault="001C08A7">
      <w:pPr>
        <w:autoSpaceDE w:val="0"/>
        <w:autoSpaceDN w:val="0"/>
        <w:spacing w:before="190" w:after="0" w:line="262" w:lineRule="auto"/>
        <w:ind w:left="180" w:right="3888"/>
        <w:rPr>
          <w:lang w:val="ru-RU"/>
        </w:rPr>
      </w:pPr>
      <w:r w:rsidRPr="004F5B21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</w:t>
      </w:r>
      <w:proofErr w:type="gramStart"/>
      <w:r w:rsidRPr="004F5B21">
        <w:rPr>
          <w:rFonts w:ascii="Times New Roman" w:eastAsia="Times New Roman" w:hAnsi="Times New Roman"/>
          <w:b/>
          <w:color w:val="000000"/>
          <w:sz w:val="24"/>
          <w:lang w:val="ru-RU"/>
        </w:rPr>
        <w:t>Живопис</w:t>
      </w:r>
      <w:r w:rsidRPr="004F5B21">
        <w:rPr>
          <w:rFonts w:ascii="Times New Roman" w:eastAsia="Times New Roman" w:hAnsi="Times New Roman"/>
          <w:b/>
          <w:color w:val="000000"/>
          <w:sz w:val="24"/>
          <w:lang w:val="ru-RU"/>
        </w:rPr>
        <w:t>ь»</w:t>
      </w:r>
      <w:r w:rsidRPr="004F5B21">
        <w:rPr>
          <w:lang w:val="ru-RU"/>
        </w:rPr>
        <w:br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Осваивать</w:t>
      </w:r>
      <w:proofErr w:type="gramEnd"/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 навыки работы красками «гуашь» в условиях урока.</w:t>
      </w:r>
    </w:p>
    <w:p w:rsidR="006068E7" w:rsidRPr="004F5B21" w:rsidRDefault="001C08A7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4F5B21">
        <w:rPr>
          <w:lang w:val="ru-RU"/>
        </w:rPr>
        <w:tab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6068E7" w:rsidRPr="004F5B21" w:rsidRDefault="001C08A7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4F5B21">
        <w:rPr>
          <w:lang w:val="ru-RU"/>
        </w:rPr>
        <w:tab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Осознавать эмоциональное звучание цвета и уметь формулировать своё мнение с опорой на о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пыт жизненных ассоциаций.</w:t>
      </w:r>
    </w:p>
    <w:p w:rsidR="006068E7" w:rsidRPr="004F5B21" w:rsidRDefault="001C08A7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4F5B21">
        <w:rPr>
          <w:lang w:val="ru-RU"/>
        </w:rPr>
        <w:tab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6068E7" w:rsidRPr="004F5B21" w:rsidRDefault="001C08A7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4F5B21">
        <w:rPr>
          <w:lang w:val="ru-RU"/>
        </w:rPr>
        <w:tab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6068E7" w:rsidRPr="004F5B21" w:rsidRDefault="001C08A7">
      <w:pPr>
        <w:tabs>
          <w:tab w:val="left" w:pos="180"/>
        </w:tabs>
        <w:autoSpaceDE w:val="0"/>
        <w:autoSpaceDN w:val="0"/>
        <w:spacing w:before="190" w:after="0" w:line="271" w:lineRule="auto"/>
        <w:ind w:right="144"/>
        <w:rPr>
          <w:lang w:val="ru-RU"/>
        </w:rPr>
      </w:pPr>
      <w:r w:rsidRPr="004F5B21">
        <w:rPr>
          <w:lang w:val="ru-RU"/>
        </w:rPr>
        <w:tab/>
      </w:r>
      <w:r w:rsidRPr="004F5B21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</w:t>
      </w:r>
      <w:proofErr w:type="gramStart"/>
      <w:r w:rsidRPr="004F5B21">
        <w:rPr>
          <w:rFonts w:ascii="Times New Roman" w:eastAsia="Times New Roman" w:hAnsi="Times New Roman"/>
          <w:b/>
          <w:color w:val="000000"/>
          <w:sz w:val="24"/>
          <w:lang w:val="ru-RU"/>
        </w:rPr>
        <w:t>Скульптура»</w:t>
      </w:r>
      <w:r w:rsidRPr="004F5B21">
        <w:rPr>
          <w:lang w:val="ru-RU"/>
        </w:rPr>
        <w:br/>
      </w:r>
      <w:r w:rsidRPr="004F5B21">
        <w:rPr>
          <w:lang w:val="ru-RU"/>
        </w:rPr>
        <w:tab/>
      </w:r>
      <w:proofErr w:type="gramEnd"/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аналитического наблюдения, поиска выразительных образных объёмных форм в природе (облака, камни, коряги, формы плодов и др.).</w:t>
      </w:r>
    </w:p>
    <w:p w:rsidR="006068E7" w:rsidRPr="004F5B21" w:rsidRDefault="001C08A7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4F5B21">
        <w:rPr>
          <w:lang w:val="ru-RU"/>
        </w:rPr>
        <w:tab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Осваивать первичные приёмы лепки из пластилина, приобретать представления о целостной форме в объёмном изображ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ении.</w:t>
      </w:r>
    </w:p>
    <w:p w:rsidR="006068E7" w:rsidRPr="004F5B21" w:rsidRDefault="001C08A7">
      <w:pPr>
        <w:tabs>
          <w:tab w:val="left" w:pos="180"/>
        </w:tabs>
        <w:autoSpaceDE w:val="0"/>
        <w:autoSpaceDN w:val="0"/>
        <w:spacing w:before="72" w:after="0" w:line="262" w:lineRule="auto"/>
        <w:rPr>
          <w:lang w:val="ru-RU"/>
        </w:rPr>
      </w:pPr>
      <w:r w:rsidRPr="004F5B21">
        <w:rPr>
          <w:lang w:val="ru-RU"/>
        </w:rPr>
        <w:tab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Овладевать первичными навыками </w:t>
      </w:r>
      <w:proofErr w:type="spellStart"/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бумагопластики</w:t>
      </w:r>
      <w:proofErr w:type="spellEnd"/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 — создания объёмных форм из бумаги путём её складывания, надрезания, закручивания и др.</w:t>
      </w:r>
    </w:p>
    <w:p w:rsidR="006068E7" w:rsidRPr="004F5B21" w:rsidRDefault="001C08A7">
      <w:pPr>
        <w:tabs>
          <w:tab w:val="left" w:pos="180"/>
        </w:tabs>
        <w:autoSpaceDE w:val="0"/>
        <w:autoSpaceDN w:val="0"/>
        <w:spacing w:before="190" w:after="0"/>
        <w:ind w:right="576"/>
        <w:rPr>
          <w:lang w:val="ru-RU"/>
        </w:rPr>
      </w:pPr>
      <w:r w:rsidRPr="004F5B21">
        <w:rPr>
          <w:lang w:val="ru-RU"/>
        </w:rPr>
        <w:tab/>
      </w:r>
      <w:r w:rsidRPr="004F5B2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«Декоративно-прикладное </w:t>
      </w:r>
      <w:proofErr w:type="gramStart"/>
      <w:r w:rsidRPr="004F5B21">
        <w:rPr>
          <w:rFonts w:ascii="Times New Roman" w:eastAsia="Times New Roman" w:hAnsi="Times New Roman"/>
          <w:b/>
          <w:color w:val="000000"/>
          <w:sz w:val="24"/>
          <w:lang w:val="ru-RU"/>
        </w:rPr>
        <w:t>искусство»</w:t>
      </w:r>
      <w:r w:rsidRPr="004F5B21">
        <w:rPr>
          <w:lang w:val="ru-RU"/>
        </w:rPr>
        <w:br/>
      </w:r>
      <w:r w:rsidRPr="004F5B21">
        <w:rPr>
          <w:lang w:val="ru-RU"/>
        </w:rPr>
        <w:tab/>
      </w:r>
      <w:proofErr w:type="gramEnd"/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Уметь рассматривать и эстетически характеризовать различные примеры узо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6068E7" w:rsidRPr="004F5B21" w:rsidRDefault="001C08A7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4F5B21">
        <w:rPr>
          <w:lang w:val="ru-RU"/>
        </w:rPr>
        <w:tab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6068E7" w:rsidRPr="004F5B21" w:rsidRDefault="001C08A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Учиться использовать правила симметрии в своей художественной деятельности.</w:t>
      </w:r>
    </w:p>
    <w:p w:rsidR="006068E7" w:rsidRPr="004F5B21" w:rsidRDefault="001C08A7">
      <w:pPr>
        <w:tabs>
          <w:tab w:val="left" w:pos="180"/>
        </w:tabs>
        <w:autoSpaceDE w:val="0"/>
        <w:autoSpaceDN w:val="0"/>
        <w:spacing w:before="70" w:after="0" w:line="262" w:lineRule="auto"/>
        <w:ind w:right="1152"/>
        <w:rPr>
          <w:lang w:val="ru-RU"/>
        </w:rPr>
      </w:pPr>
      <w:r w:rsidRPr="004F5B21">
        <w:rPr>
          <w:lang w:val="ru-RU"/>
        </w:rPr>
        <w:tab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6068E7" w:rsidRPr="004F5B21" w:rsidRDefault="001C08A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Приобретать знания о значении и назначении украшений в жизни людей.</w:t>
      </w:r>
    </w:p>
    <w:p w:rsidR="006068E7" w:rsidRPr="004F5B21" w:rsidRDefault="001C08A7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4F5B21">
        <w:rPr>
          <w:lang w:val="ru-RU"/>
        </w:rPr>
        <w:tab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Приобретать представления о глиняных игрушках отечественных народных худож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ественных промыслов (дымковская, </w:t>
      </w:r>
      <w:proofErr w:type="spellStart"/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каргопольская</w:t>
      </w:r>
      <w:proofErr w:type="spellEnd"/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 игрушки или по выбору учителя с учётом местных</w:t>
      </w:r>
    </w:p>
    <w:p w:rsidR="006068E7" w:rsidRPr="004F5B21" w:rsidRDefault="006068E7">
      <w:pPr>
        <w:rPr>
          <w:lang w:val="ru-RU"/>
        </w:rPr>
        <w:sectPr w:rsidR="006068E7" w:rsidRPr="004F5B21">
          <w:pgSz w:w="11900" w:h="16840"/>
          <w:pgMar w:top="286" w:right="642" w:bottom="428" w:left="666" w:header="720" w:footer="720" w:gutter="0"/>
          <w:cols w:space="720" w:equalWidth="0">
            <w:col w:w="10592" w:space="0"/>
          </w:cols>
          <w:docGrid w:linePitch="360"/>
        </w:sectPr>
      </w:pPr>
    </w:p>
    <w:p w:rsidR="006068E7" w:rsidRPr="004F5B21" w:rsidRDefault="006068E7">
      <w:pPr>
        <w:autoSpaceDE w:val="0"/>
        <w:autoSpaceDN w:val="0"/>
        <w:spacing w:after="66" w:line="220" w:lineRule="exact"/>
        <w:rPr>
          <w:lang w:val="ru-RU"/>
        </w:rPr>
      </w:pPr>
    </w:p>
    <w:p w:rsidR="006068E7" w:rsidRPr="004F5B21" w:rsidRDefault="001C08A7">
      <w:pPr>
        <w:autoSpaceDE w:val="0"/>
        <w:autoSpaceDN w:val="0"/>
        <w:spacing w:after="0" w:line="262" w:lineRule="auto"/>
        <w:ind w:right="432"/>
        <w:rPr>
          <w:lang w:val="ru-RU"/>
        </w:rPr>
      </w:pP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промыслов) и опыт практической художественной деятельности по мотивам игрушки выбранного пром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ысла.</w:t>
      </w:r>
    </w:p>
    <w:p w:rsidR="006068E7" w:rsidRPr="004F5B21" w:rsidRDefault="001C08A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6068E7" w:rsidRPr="004F5B21" w:rsidRDefault="001C08A7">
      <w:pPr>
        <w:tabs>
          <w:tab w:val="left" w:pos="180"/>
        </w:tabs>
        <w:autoSpaceDE w:val="0"/>
        <w:autoSpaceDN w:val="0"/>
        <w:spacing w:before="190" w:after="0"/>
        <w:ind w:right="144"/>
        <w:rPr>
          <w:lang w:val="ru-RU"/>
        </w:rPr>
      </w:pPr>
      <w:r w:rsidRPr="004F5B21">
        <w:rPr>
          <w:lang w:val="ru-RU"/>
        </w:rPr>
        <w:tab/>
      </w:r>
      <w:r w:rsidRPr="004F5B21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</w:t>
      </w:r>
      <w:proofErr w:type="gramStart"/>
      <w:r w:rsidRPr="004F5B21">
        <w:rPr>
          <w:rFonts w:ascii="Times New Roman" w:eastAsia="Times New Roman" w:hAnsi="Times New Roman"/>
          <w:b/>
          <w:color w:val="000000"/>
          <w:sz w:val="24"/>
          <w:lang w:val="ru-RU"/>
        </w:rPr>
        <w:t>Архитектура»</w:t>
      </w:r>
      <w:r w:rsidRPr="004F5B21">
        <w:rPr>
          <w:lang w:val="ru-RU"/>
        </w:rPr>
        <w:br/>
      </w:r>
      <w:r w:rsidRPr="004F5B21">
        <w:rPr>
          <w:lang w:val="ru-RU"/>
        </w:rPr>
        <w:tab/>
      </w:r>
      <w:proofErr w:type="gramEnd"/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ности и составные части рассматриваемых зданий.</w:t>
      </w:r>
    </w:p>
    <w:p w:rsidR="006068E7" w:rsidRPr="004F5B21" w:rsidRDefault="001C08A7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4F5B21">
        <w:rPr>
          <w:lang w:val="ru-RU"/>
        </w:rPr>
        <w:tab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6068E7" w:rsidRPr="004F5B21" w:rsidRDefault="001C08A7">
      <w:pPr>
        <w:tabs>
          <w:tab w:val="left" w:pos="180"/>
        </w:tabs>
        <w:autoSpaceDE w:val="0"/>
        <w:autoSpaceDN w:val="0"/>
        <w:spacing w:before="72" w:after="0" w:line="262" w:lineRule="auto"/>
        <w:ind w:right="576"/>
        <w:rPr>
          <w:lang w:val="ru-RU"/>
        </w:rPr>
      </w:pPr>
      <w:r w:rsidRPr="004F5B21">
        <w:rPr>
          <w:lang w:val="ru-RU"/>
        </w:rPr>
        <w:tab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6068E7" w:rsidRPr="004F5B21" w:rsidRDefault="001C08A7">
      <w:pPr>
        <w:tabs>
          <w:tab w:val="left" w:pos="180"/>
        </w:tabs>
        <w:autoSpaceDE w:val="0"/>
        <w:autoSpaceDN w:val="0"/>
        <w:spacing w:before="72" w:after="0" w:line="262" w:lineRule="auto"/>
        <w:ind w:right="864"/>
        <w:rPr>
          <w:lang w:val="ru-RU"/>
        </w:rPr>
      </w:pPr>
      <w:r w:rsidRPr="004F5B21">
        <w:rPr>
          <w:lang w:val="ru-RU"/>
        </w:rPr>
        <w:tab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6068E7" w:rsidRPr="004F5B21" w:rsidRDefault="001C08A7">
      <w:pPr>
        <w:tabs>
          <w:tab w:val="left" w:pos="180"/>
        </w:tabs>
        <w:autoSpaceDE w:val="0"/>
        <w:autoSpaceDN w:val="0"/>
        <w:spacing w:before="190" w:after="0"/>
        <w:ind w:right="432"/>
        <w:rPr>
          <w:lang w:val="ru-RU"/>
        </w:rPr>
      </w:pPr>
      <w:r w:rsidRPr="004F5B21">
        <w:rPr>
          <w:lang w:val="ru-RU"/>
        </w:rPr>
        <w:tab/>
      </w:r>
      <w:r w:rsidRPr="004F5B2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«Восприятие произведений </w:t>
      </w:r>
      <w:proofErr w:type="gramStart"/>
      <w:r w:rsidRPr="004F5B21">
        <w:rPr>
          <w:rFonts w:ascii="Times New Roman" w:eastAsia="Times New Roman" w:hAnsi="Times New Roman"/>
          <w:b/>
          <w:color w:val="000000"/>
          <w:sz w:val="24"/>
          <w:lang w:val="ru-RU"/>
        </w:rPr>
        <w:t>искусства»</w:t>
      </w:r>
      <w:r w:rsidRPr="004F5B21">
        <w:rPr>
          <w:lang w:val="ru-RU"/>
        </w:rPr>
        <w:br/>
      </w:r>
      <w:r w:rsidRPr="004F5B21">
        <w:rPr>
          <w:lang w:val="ru-RU"/>
        </w:rPr>
        <w:tab/>
      </w:r>
      <w:proofErr w:type="gramEnd"/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Приобретать умения рассматривать, анализировать детские рисунки с позиций их содержания и сюжета, настро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ения, композиции (расположения на листе), цвета, а также соответствия учебной задаче, поставленной учителем.</w:t>
      </w:r>
    </w:p>
    <w:p w:rsidR="006068E7" w:rsidRPr="004F5B21" w:rsidRDefault="001C08A7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4F5B21">
        <w:rPr>
          <w:lang w:val="ru-RU"/>
        </w:rPr>
        <w:tab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6068E7" w:rsidRPr="004F5B21" w:rsidRDefault="001C08A7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4F5B21">
        <w:rPr>
          <w:lang w:val="ru-RU"/>
        </w:rPr>
        <w:tab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Прио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6068E7" w:rsidRPr="004F5B21" w:rsidRDefault="001C08A7">
      <w:pPr>
        <w:tabs>
          <w:tab w:val="left" w:pos="180"/>
        </w:tabs>
        <w:autoSpaceDE w:val="0"/>
        <w:autoSpaceDN w:val="0"/>
        <w:spacing w:before="70" w:after="0" w:line="281" w:lineRule="auto"/>
        <w:rPr>
          <w:lang w:val="ru-RU"/>
        </w:rPr>
      </w:pPr>
      <w:r w:rsidRPr="004F5B21">
        <w:rPr>
          <w:lang w:val="ru-RU"/>
        </w:rPr>
        <w:tab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Осваивать опыт эстетического восприятия и аналитического наблюдения архитектурных построек. </w:t>
      </w:r>
      <w:r w:rsidRPr="004F5B21">
        <w:rPr>
          <w:lang w:val="ru-RU"/>
        </w:rPr>
        <w:tab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Осваивать о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 М. Васнецова, М. А. Врубеля и других художников по выбору учителя), а та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кже произведений с ярко выраженным эмоциональным настроением (например, натюрморты В. Ван Гога или А. Матисса).</w:t>
      </w:r>
    </w:p>
    <w:p w:rsidR="006068E7" w:rsidRPr="004F5B21" w:rsidRDefault="001C08A7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4F5B21">
        <w:rPr>
          <w:lang w:val="ru-RU"/>
        </w:rPr>
        <w:tab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6068E7" w:rsidRPr="004F5B21" w:rsidRDefault="001C08A7">
      <w:pPr>
        <w:tabs>
          <w:tab w:val="left" w:pos="180"/>
        </w:tabs>
        <w:autoSpaceDE w:val="0"/>
        <w:autoSpaceDN w:val="0"/>
        <w:spacing w:before="190" w:after="0" w:line="271" w:lineRule="auto"/>
        <w:ind w:right="288"/>
        <w:rPr>
          <w:lang w:val="ru-RU"/>
        </w:rPr>
      </w:pPr>
      <w:r w:rsidRPr="004F5B21">
        <w:rPr>
          <w:lang w:val="ru-RU"/>
        </w:rPr>
        <w:tab/>
      </w:r>
      <w:r w:rsidRPr="004F5B21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«Азб</w:t>
      </w:r>
      <w:r w:rsidRPr="004F5B2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ука цифровой </w:t>
      </w:r>
      <w:proofErr w:type="gramStart"/>
      <w:r w:rsidRPr="004F5B21">
        <w:rPr>
          <w:rFonts w:ascii="Times New Roman" w:eastAsia="Times New Roman" w:hAnsi="Times New Roman"/>
          <w:b/>
          <w:color w:val="000000"/>
          <w:sz w:val="24"/>
          <w:lang w:val="ru-RU"/>
        </w:rPr>
        <w:t>графики»</w:t>
      </w:r>
      <w:r w:rsidRPr="004F5B21">
        <w:rPr>
          <w:lang w:val="ru-RU"/>
        </w:rPr>
        <w:br/>
      </w:r>
      <w:r w:rsidRPr="004F5B21">
        <w:rPr>
          <w:lang w:val="ru-RU"/>
        </w:rPr>
        <w:tab/>
      </w:r>
      <w:proofErr w:type="gramEnd"/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6068E7" w:rsidRPr="004F5B21" w:rsidRDefault="001C08A7">
      <w:pPr>
        <w:tabs>
          <w:tab w:val="left" w:pos="180"/>
        </w:tabs>
        <w:autoSpaceDE w:val="0"/>
        <w:autoSpaceDN w:val="0"/>
        <w:spacing w:before="72" w:after="0" w:line="262" w:lineRule="auto"/>
        <w:ind w:right="576"/>
        <w:rPr>
          <w:lang w:val="ru-RU"/>
        </w:rPr>
      </w:pPr>
      <w:r w:rsidRPr="004F5B21">
        <w:rPr>
          <w:lang w:val="ru-RU"/>
        </w:rPr>
        <w:tab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мпозиция в кадре.</w:t>
      </w:r>
    </w:p>
    <w:p w:rsidR="006068E7" w:rsidRPr="004F5B21" w:rsidRDefault="006068E7">
      <w:pPr>
        <w:rPr>
          <w:lang w:val="ru-RU"/>
        </w:rPr>
        <w:sectPr w:rsidR="006068E7" w:rsidRPr="004F5B21">
          <w:pgSz w:w="11900" w:h="16840"/>
          <w:pgMar w:top="286" w:right="648" w:bottom="1440" w:left="666" w:header="720" w:footer="720" w:gutter="0"/>
          <w:cols w:space="720" w:equalWidth="0">
            <w:col w:w="10586" w:space="0"/>
          </w:cols>
          <w:docGrid w:linePitch="360"/>
        </w:sectPr>
      </w:pPr>
    </w:p>
    <w:p w:rsidR="006068E7" w:rsidRPr="004F5B21" w:rsidRDefault="006068E7">
      <w:pPr>
        <w:autoSpaceDE w:val="0"/>
        <w:autoSpaceDN w:val="0"/>
        <w:spacing w:after="64" w:line="220" w:lineRule="exact"/>
        <w:rPr>
          <w:lang w:val="ru-RU"/>
        </w:rPr>
      </w:pPr>
    </w:p>
    <w:p w:rsidR="006068E7" w:rsidRDefault="001C08A7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912"/>
        <w:gridCol w:w="528"/>
        <w:gridCol w:w="1104"/>
        <w:gridCol w:w="1140"/>
        <w:gridCol w:w="866"/>
        <w:gridCol w:w="3120"/>
        <w:gridCol w:w="1082"/>
        <w:gridCol w:w="2282"/>
      </w:tblGrid>
      <w:tr w:rsidR="006068E7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4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Pr="004F5B21" w:rsidRDefault="001C08A7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3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деятельности</w:t>
            </w:r>
          </w:p>
        </w:tc>
        <w:tc>
          <w:tcPr>
            <w:tcW w:w="1082" w:type="dxa"/>
            <w:vMerge w:val="restart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47" w:lineRule="auto"/>
              <w:ind w:left="74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контроля</w:t>
            </w:r>
          </w:p>
        </w:tc>
        <w:tc>
          <w:tcPr>
            <w:tcW w:w="2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 (цифровые) образовательные ресурсы</w:t>
            </w:r>
          </w:p>
        </w:tc>
      </w:tr>
      <w:tr w:rsidR="006068E7">
        <w:trPr>
          <w:trHeight w:hRule="exact" w:val="540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E7" w:rsidRDefault="006068E7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E7" w:rsidRDefault="006068E7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E7" w:rsidRDefault="006068E7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6068E7" w:rsidRDefault="006068E7"/>
        </w:tc>
        <w:tc>
          <w:tcPr>
            <w:tcW w:w="1726" w:type="dxa"/>
            <w:vMerge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6068E7" w:rsidRDefault="006068E7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E7" w:rsidRDefault="006068E7"/>
        </w:tc>
      </w:tr>
      <w:tr w:rsidR="006068E7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Модуль 1.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Восприятие произведений искусства</w:t>
            </w:r>
          </w:p>
        </w:tc>
      </w:tr>
      <w:tr w:rsidR="006068E7">
        <w:trPr>
          <w:trHeight w:hRule="exact" w:val="73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8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Pr="004F5B21" w:rsidRDefault="001C08A7">
            <w:pPr>
              <w:autoSpaceDE w:val="0"/>
              <w:autoSpaceDN w:val="0"/>
              <w:spacing w:before="80" w:after="0" w:line="245" w:lineRule="auto"/>
              <w:ind w:left="72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Восприятие детских рисунков. Навыки восприятия произведений детского творчества и формирование зрительских</w:t>
            </w:r>
            <w:r w:rsidRPr="004F5B2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умений.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80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01.09.2022 03.09.2022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068E7" w:rsidRPr="004F5B21" w:rsidRDefault="001C08A7">
            <w:pPr>
              <w:autoSpaceDE w:val="0"/>
              <w:autoSpaceDN w:val="0"/>
              <w:spacing w:before="80" w:after="0" w:line="250" w:lineRule="auto"/>
              <w:ind w:left="72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Наблюдать, рассматривать, анализировать детские рисунки с позиций их содержания и сюжета, настроения;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80" w:after="0" w:line="245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6068E7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50" w:lineRule="auto"/>
              <w:ind w:left="72" w:right="576"/>
            </w:pPr>
            <w:r w:rsidRPr="004F5B2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Первые представления о композиции: на уровне образного </w:t>
            </w:r>
            <w:r w:rsidRPr="004F5B2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восприятия.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Представление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о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различных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художественных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материалах.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05.09.2022 06.09.2022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068E7" w:rsidRPr="004F5B21" w:rsidRDefault="001C08A7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расположение изображения на листе и выбор вертикального или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горизонтального формата;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45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6068E7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Обсуждение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содержания рисунка.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07.09.2022 09.09.2022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068E7" w:rsidRPr="004F5B21" w:rsidRDefault="001C08A7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Наблюдать, рассматривать, анализировать детские рисунки с позиций их содержания и сюжета, настроения;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45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https://resh.edu.ru/,https://uchi.ru/</w:t>
            </w:r>
          </w:p>
        </w:tc>
      </w:tr>
      <w:tr w:rsidR="006068E7">
        <w:trPr>
          <w:trHeight w:hRule="exact" w:val="348"/>
        </w:trPr>
        <w:tc>
          <w:tcPr>
            <w:tcW w:w="5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 1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95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6068E7"/>
        </w:tc>
      </w:tr>
      <w:tr w:rsidR="006068E7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Модуль 2.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Графика</w:t>
            </w:r>
          </w:p>
        </w:tc>
      </w:tr>
      <w:tr w:rsidR="006068E7">
        <w:trPr>
          <w:trHeight w:hRule="exact" w:val="54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Линейный рисунок.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12.09.2022 16.09.2022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068E7" w:rsidRPr="004F5B21" w:rsidRDefault="001C08A7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Создавать линейный рисунок —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упражнение на разный характер линий;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45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6068E7">
        <w:trPr>
          <w:trHeight w:hRule="exact" w:val="540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491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Разные виды линий.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10.09.2022</w:t>
            </w:r>
          </w:p>
        </w:tc>
        <w:tc>
          <w:tcPr>
            <w:tcW w:w="31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068E7" w:rsidRPr="004F5B21" w:rsidRDefault="001C08A7">
            <w:pPr>
              <w:autoSpaceDE w:val="0"/>
              <w:autoSpaceDN w:val="0"/>
              <w:spacing w:before="74" w:after="0" w:line="245" w:lineRule="auto"/>
              <w:ind w:left="72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Наблюдать и анализировать характер линий в </w:t>
            </w:r>
            <w:r w:rsidRPr="004F5B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природе;</w:t>
            </w:r>
          </w:p>
        </w:tc>
        <w:tc>
          <w:tcPr>
            <w:tcW w:w="108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4" w:after="0" w:line="245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2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6068E7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Pr="004F5B21" w:rsidRDefault="001C08A7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Линии в природе. Ветки (по фотографиям): тонкие — толстые, порывистые, угловатые, плавные и др.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24.09.2022 25.09.2022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068E7" w:rsidRPr="004F5B21" w:rsidRDefault="001C08A7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Создавать линейный рисунок —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упражнение на разный характер линий;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45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6068E7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2.4.</w:t>
            </w: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45" w:lineRule="auto"/>
              <w:ind w:left="72" w:right="288"/>
            </w:pPr>
            <w:r w:rsidRPr="004F5B2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Графические материалы и их особенности.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Приёмы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рисования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линией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29.09.2022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068E7" w:rsidRPr="004F5B21" w:rsidRDefault="001C08A7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Осваивать навыки работы графическими материалами;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45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6068E7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2.5.</w:t>
            </w: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Pr="004F5B21" w:rsidRDefault="001C08A7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Рисунок с натуры: рисунок листьев разной формы (треугольный, круглый, овальный, длинный).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19.10.2022 22.10.2022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068E7" w:rsidRPr="004F5B21" w:rsidRDefault="001C08A7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Выполнять с натуры рисунок листа дерева;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45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6068E7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2.6.</w:t>
            </w: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Последовательность рисунка.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30.09.2022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Осваивать последовательность выполнения рисунка;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45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6068E7">
        <w:trPr>
          <w:trHeight w:hRule="exact" w:val="9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2.7.</w:t>
            </w: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Pr="004F5B21" w:rsidRDefault="001C08A7">
            <w:pPr>
              <w:autoSpaceDE w:val="0"/>
              <w:autoSpaceDN w:val="0"/>
              <w:spacing w:before="78" w:after="0" w:line="247" w:lineRule="auto"/>
              <w:ind w:left="72" w:right="288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Первичные навыки определения пропорций и понимания их значения. От одного пятна — «тела», меняя пропорции «лап» </w:t>
            </w:r>
            <w:proofErr w:type="spellStart"/>
            <w:proofErr w:type="gramStart"/>
            <w:r w:rsidRPr="004F5B2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и«</w:t>
            </w:r>
            <w:proofErr w:type="gramEnd"/>
            <w:r w:rsidRPr="004F5B2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шеи</w:t>
            </w:r>
            <w:proofErr w:type="spellEnd"/>
            <w:r w:rsidRPr="004F5B2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», получаем рисунки разных </w:t>
            </w:r>
            <w:r w:rsidRPr="004F5B2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животных.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0.75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0.75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04.09.2022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068E7" w:rsidRPr="004F5B21" w:rsidRDefault="001C08A7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Анализировать и сравнивать соотношение частей, составляющих одно целое,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рассматривать изображения животных с контрастными пропорциями;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45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6068E7">
        <w:trPr>
          <w:trHeight w:hRule="exact" w:val="109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2.8.</w:t>
            </w: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Pr="004F5B21" w:rsidRDefault="001C08A7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Линейный тематический рисунок (линия-рассказчица) на сюжет стихотворения или сюжет из жизни детей (игры во дворе, в походе и др.) с простым и весёлым повествовательным сюжетом.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03.10.2022 07.10.2022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068E7" w:rsidRPr="004F5B21" w:rsidRDefault="001C08A7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Выполнить линейный рисунок на темы стихов С. Я. </w:t>
            </w:r>
            <w:r w:rsidRPr="004F5B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Маршака, А. Л. </w:t>
            </w:r>
            <w:proofErr w:type="spellStart"/>
            <w:r w:rsidRPr="004F5B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Барто</w:t>
            </w:r>
            <w:proofErr w:type="spellEnd"/>
            <w:r w:rsidRPr="004F5B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Д.</w:t>
            </w:r>
          </w:p>
          <w:p w:rsidR="006068E7" w:rsidRPr="004F5B21" w:rsidRDefault="001C08A7">
            <w:pPr>
              <w:autoSpaceDE w:val="0"/>
              <w:autoSpaceDN w:val="0"/>
              <w:spacing w:before="18" w:after="0" w:line="250" w:lineRule="auto"/>
              <w:ind w:left="72" w:right="144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Хармса, С. В. Михалкова и др. (по выбору учителя) с простым весёлым, озорным развитием сюжета;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45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</w:tbl>
    <w:p w:rsidR="006068E7" w:rsidRDefault="006068E7">
      <w:pPr>
        <w:autoSpaceDE w:val="0"/>
        <w:autoSpaceDN w:val="0"/>
        <w:spacing w:after="0" w:line="14" w:lineRule="exact"/>
      </w:pPr>
    </w:p>
    <w:p w:rsidR="006068E7" w:rsidRDefault="006068E7">
      <w:pPr>
        <w:sectPr w:rsidR="006068E7">
          <w:pgSz w:w="16840" w:h="11900"/>
          <w:pgMar w:top="282" w:right="640" w:bottom="71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6068E7" w:rsidRDefault="006068E7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912"/>
        <w:gridCol w:w="528"/>
        <w:gridCol w:w="1104"/>
        <w:gridCol w:w="1140"/>
        <w:gridCol w:w="866"/>
        <w:gridCol w:w="3120"/>
        <w:gridCol w:w="1082"/>
        <w:gridCol w:w="2282"/>
      </w:tblGrid>
      <w:tr w:rsidR="006068E7">
        <w:trPr>
          <w:trHeight w:hRule="exact" w:val="105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2.9.</w:t>
            </w: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Pr="004F5B21" w:rsidRDefault="001C08A7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Пятно-силуэт. Превращение случайного пятна в изображение зверушки или фантастического зверя. Развитие образного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видения и способности целостного, обобщённого видения. Пятно как основа графического изображения.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0.75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0.75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11.09.2022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068E7" w:rsidRPr="004F5B21" w:rsidRDefault="001C08A7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Использовать графическое пятно как основу изобразительного образа;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45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6068E7">
        <w:trPr>
          <w:trHeight w:hRule="exact" w:val="54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2.10.</w:t>
            </w: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ind w:left="72"/>
            </w:pPr>
            <w:r w:rsidRPr="004F5B2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Тень как пример пятна. Теневой театр.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Силуэт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17.09.2022 23.09.2022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068E7" w:rsidRPr="004F5B21" w:rsidRDefault="001C08A7">
            <w:pPr>
              <w:autoSpaceDE w:val="0"/>
              <w:autoSpaceDN w:val="0"/>
              <w:spacing w:before="78" w:after="0" w:line="245" w:lineRule="auto"/>
              <w:ind w:left="72" w:right="576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Учиться работать на уроке с жидкой краской;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45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6068E7">
        <w:trPr>
          <w:trHeight w:hRule="exact" w:val="540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2.11.</w:t>
            </w:r>
          </w:p>
        </w:tc>
        <w:tc>
          <w:tcPr>
            <w:tcW w:w="491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Pr="004F5B21" w:rsidRDefault="001C08A7">
            <w:pPr>
              <w:autoSpaceDE w:val="0"/>
              <w:autoSpaceDN w:val="0"/>
              <w:spacing w:before="74" w:after="0" w:line="245" w:lineRule="auto"/>
              <w:ind w:left="72" w:right="432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Навыки работы на уроке с жидкой краской и кистью, уход за своим рабочим местом.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4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01.10.2022 02.10.2022</w:t>
            </w:r>
          </w:p>
        </w:tc>
        <w:tc>
          <w:tcPr>
            <w:tcW w:w="31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068E7" w:rsidRPr="004F5B21" w:rsidRDefault="001C08A7">
            <w:pPr>
              <w:autoSpaceDE w:val="0"/>
              <w:autoSpaceDN w:val="0"/>
              <w:spacing w:before="74" w:after="0" w:line="245" w:lineRule="auto"/>
              <w:ind w:left="72" w:right="576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Учиться работать на уроке с жидкой краской;</w:t>
            </w:r>
          </w:p>
        </w:tc>
        <w:tc>
          <w:tcPr>
            <w:tcW w:w="108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4" w:after="0" w:line="245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2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6068E7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2.12.</w:t>
            </w: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Pr="004F5B21" w:rsidRDefault="001C08A7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Рассмотрение и анализ средств выражения — пятна и линии — в иллюстрациях художников к детским книгам.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26.09.2022 28.09.2022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068E7" w:rsidRPr="004F5B21" w:rsidRDefault="001C08A7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Рассматривать и обсуждать характер формы листа;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45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6068E7">
        <w:trPr>
          <w:trHeight w:hRule="exact" w:val="348"/>
        </w:trPr>
        <w:tc>
          <w:tcPr>
            <w:tcW w:w="5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 2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95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6068E7"/>
        </w:tc>
      </w:tr>
      <w:tr w:rsidR="006068E7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Модуль 3.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Живопись</w:t>
            </w:r>
          </w:p>
        </w:tc>
      </w:tr>
      <w:tr w:rsidR="006068E7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45" w:lineRule="auto"/>
              <w:ind w:left="72" w:right="144"/>
            </w:pPr>
            <w:r w:rsidRPr="004F5B2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Цвет как одно из главных средств выражения в изобразительном искусстве.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Навыки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работы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гуашью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в условиях урока.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31.10.2022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068E7" w:rsidRPr="004F5B21" w:rsidRDefault="001C08A7">
            <w:pPr>
              <w:autoSpaceDE w:val="0"/>
              <w:autoSpaceDN w:val="0"/>
              <w:spacing w:before="76" w:after="0" w:line="245" w:lineRule="auto"/>
              <w:ind w:left="72" w:right="576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Осваивать навыки работы гуашью в условиях школьного урока;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45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6068E7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47" w:lineRule="auto"/>
              <w:ind w:left="72" w:right="144"/>
              <w:jc w:val="both"/>
            </w:pPr>
            <w:r w:rsidRPr="004F5B2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Три основных цвета. Ассоциативные представления, связанные с каждым из цветов.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Навыки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смешения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красок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и получения нового цвета.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08.10.2022 10.10.2022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Знать три основных цвета;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45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6068E7">
        <w:trPr>
          <w:trHeight w:hRule="exact" w:val="9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Эмоциональная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выразительность цвета.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14.10.2022 16.10.2022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068E7" w:rsidRPr="004F5B21" w:rsidRDefault="001C08A7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Осознавать эмоциональное звучание цвета, то, что разный цвет «рассказывает» о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разном настроении — весёлом, задумчивом, грустном и др.;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45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6068E7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Pr="004F5B21" w:rsidRDefault="001C08A7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Цвет как </w:t>
            </w:r>
            <w:r w:rsidRPr="004F5B2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выражение настроения, душевного состояния.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11.10.2022 13.10.2022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068E7" w:rsidRPr="004F5B21" w:rsidRDefault="001C08A7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Выполнить красками рисунок с весёлым или грустным настроением;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45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6068E7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3.5.</w:t>
            </w: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50" w:lineRule="auto"/>
              <w:ind w:left="72"/>
            </w:pPr>
            <w:r w:rsidRPr="004F5B2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Наш мир украшают цветы. Живописное изображение по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представлению и восприятию разных по цвету и формам цветков.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Развитие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навыков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работы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гуашью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и навыков наблюдения.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28.10.2022 30.10.2022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068E7" w:rsidRPr="004F5B21" w:rsidRDefault="001C08A7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Выполнить красками рисунок с весёлым или грустным настроением;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45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6068E7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3.6.</w:t>
            </w: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50" w:lineRule="auto"/>
              <w:ind w:left="72" w:right="576"/>
            </w:pPr>
            <w:r w:rsidRPr="004F5B2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Тематическая композиция «Времена года». Контрастные цветовые состояния времён года.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гуашью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, в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технике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аппликации или в смешанной технике.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05.11.2022 09.11.2022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068E7" w:rsidRPr="004F5B21" w:rsidRDefault="001C08A7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Выполнить изображения разных времён года;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45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6068E7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3.7.</w:t>
            </w: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45" w:lineRule="auto"/>
              <w:ind w:left="72" w:right="576"/>
            </w:pPr>
            <w:r w:rsidRPr="004F5B2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Техника монотипии. Представления о симметрии.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Развитие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ассоциативного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воображения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12.11.2022 16.11.2022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068E7" w:rsidRPr="004F5B21" w:rsidRDefault="001C08A7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Иметь представления о свойствах печатной техники;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45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6068E7">
        <w:trPr>
          <w:trHeight w:hRule="exact" w:val="348"/>
        </w:trPr>
        <w:tc>
          <w:tcPr>
            <w:tcW w:w="5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 3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95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6068E7"/>
        </w:tc>
      </w:tr>
      <w:tr w:rsidR="006068E7">
        <w:trPr>
          <w:trHeight w:hRule="exact" w:val="350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Модуль 4.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Скульптура</w:t>
            </w:r>
          </w:p>
        </w:tc>
      </w:tr>
      <w:tr w:rsidR="006068E7">
        <w:trPr>
          <w:trHeight w:hRule="exact" w:val="924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491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Pr="004F5B21" w:rsidRDefault="001C08A7">
            <w:pPr>
              <w:autoSpaceDE w:val="0"/>
              <w:autoSpaceDN w:val="0"/>
              <w:spacing w:before="74" w:after="0" w:line="245" w:lineRule="auto"/>
              <w:ind w:left="72" w:right="144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Изображение в объёме. Приёмы работы с пластилином; дощечка, стек, тряпочка.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4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19.11.2022 23.11.2022</w:t>
            </w:r>
          </w:p>
        </w:tc>
        <w:tc>
          <w:tcPr>
            <w:tcW w:w="31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4" w:after="0" w:line="250" w:lineRule="auto"/>
              <w:ind w:left="72"/>
            </w:pPr>
            <w:r w:rsidRPr="004F5B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Наблюдать, воспринимать выразительные образные объёмы в природе: на что похожи формы облаков, камней, коряг, картофелин и др.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(в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классе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основе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фотографий);</w:t>
            </w:r>
          </w:p>
        </w:tc>
        <w:tc>
          <w:tcPr>
            <w:tcW w:w="108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4" w:after="0" w:line="245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22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6068E7">
        <w:trPr>
          <w:trHeight w:hRule="exact" w:val="71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4.2.</w:t>
            </w: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50" w:lineRule="auto"/>
              <w:ind w:left="72"/>
            </w:pPr>
            <w:r w:rsidRPr="004F5B2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Лепка зверушек из цельной формы (черепашки, ёжика, зайчика и т. д.).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Приёмы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вытягивания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вдавливания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сгибания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скручивания.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24.11.2022 25.11.2022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068E7" w:rsidRPr="004F5B21" w:rsidRDefault="001C08A7">
            <w:pPr>
              <w:autoSpaceDE w:val="0"/>
              <w:autoSpaceDN w:val="0"/>
              <w:spacing w:before="76" w:after="0" w:line="245" w:lineRule="auto"/>
              <w:jc w:val="center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Лепить из целого куска пластилина мелких зверушек путём вытягивания, вдавливания;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45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https://uchi.ru/</w:t>
            </w:r>
          </w:p>
        </w:tc>
      </w:tr>
    </w:tbl>
    <w:p w:rsidR="006068E7" w:rsidRDefault="006068E7">
      <w:pPr>
        <w:autoSpaceDE w:val="0"/>
        <w:autoSpaceDN w:val="0"/>
        <w:spacing w:after="0" w:line="14" w:lineRule="exact"/>
      </w:pPr>
    </w:p>
    <w:p w:rsidR="006068E7" w:rsidRDefault="006068E7">
      <w:pPr>
        <w:sectPr w:rsidR="006068E7">
          <w:pgSz w:w="16840" w:h="11900"/>
          <w:pgMar w:top="284" w:right="640" w:bottom="42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6068E7" w:rsidRDefault="006068E7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912"/>
        <w:gridCol w:w="528"/>
        <w:gridCol w:w="1104"/>
        <w:gridCol w:w="1140"/>
        <w:gridCol w:w="866"/>
        <w:gridCol w:w="3120"/>
        <w:gridCol w:w="1082"/>
        <w:gridCol w:w="2282"/>
      </w:tblGrid>
      <w:tr w:rsidR="006068E7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4.3.</w:t>
            </w: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Pr="004F5B21" w:rsidRDefault="001C08A7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Бумажная пластика. Овладение первичными приёмами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надрезания, закручивания, складывания в работе над объёмной аппликацией.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26.12.2022 30.12.2022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068E7" w:rsidRPr="004F5B21" w:rsidRDefault="001C08A7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Овладевать первичными навыками работы в объёмной аппликации и коллаже;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45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6068E7">
        <w:trPr>
          <w:trHeight w:hRule="exact" w:val="9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4.4.</w:t>
            </w: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Pr="004F5B21" w:rsidRDefault="001C08A7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Лепка игрушки по мотивам одного из наиболее известных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народных художественных промыслов (дымковская, </w:t>
            </w:r>
            <w:r w:rsidRPr="004F5B21">
              <w:rPr>
                <w:lang w:val="ru-RU"/>
              </w:rPr>
              <w:br/>
            </w:r>
            <w:proofErr w:type="spellStart"/>
            <w:r w:rsidRPr="004F5B2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каргопольская</w:t>
            </w:r>
            <w:proofErr w:type="spellEnd"/>
            <w:r w:rsidRPr="004F5B2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игрушки или по выбору учителя с учётом местных промыслов).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31.12.2022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068E7" w:rsidRPr="004F5B21" w:rsidRDefault="001C08A7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Выполнить лепку игрушки по мотивам </w:t>
            </w:r>
            <w:r w:rsidRPr="004F5B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выбранного народного промысла;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45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6068E7">
        <w:trPr>
          <w:trHeight w:hRule="exact" w:val="540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4.5.</w:t>
            </w:r>
          </w:p>
        </w:tc>
        <w:tc>
          <w:tcPr>
            <w:tcW w:w="491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Pr="004F5B21" w:rsidRDefault="001C08A7">
            <w:pPr>
              <w:autoSpaceDE w:val="0"/>
              <w:autoSpaceDN w:val="0"/>
              <w:spacing w:before="74" w:after="0" w:line="230" w:lineRule="auto"/>
              <w:ind w:left="72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Объёмная аппликация из бумаги и картона.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4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10.01.2023 12.01.2023</w:t>
            </w:r>
          </w:p>
        </w:tc>
        <w:tc>
          <w:tcPr>
            <w:tcW w:w="31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068E7" w:rsidRPr="004F5B21" w:rsidRDefault="001C08A7">
            <w:pPr>
              <w:autoSpaceDE w:val="0"/>
              <w:autoSpaceDN w:val="0"/>
              <w:spacing w:before="74" w:after="0" w:line="245" w:lineRule="auto"/>
              <w:ind w:left="72" w:right="432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Осваивать приёмы создания объёмных изображений из бумаги;</w:t>
            </w:r>
          </w:p>
        </w:tc>
        <w:tc>
          <w:tcPr>
            <w:tcW w:w="108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4" w:after="0" w:line="245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2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6068E7">
        <w:trPr>
          <w:trHeight w:hRule="exact" w:val="348"/>
        </w:trPr>
        <w:tc>
          <w:tcPr>
            <w:tcW w:w="5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Итого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 модулю 4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95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6068E7"/>
        </w:tc>
      </w:tr>
      <w:tr w:rsidR="006068E7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5.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Декоративно-прикладное искусство</w:t>
            </w:r>
          </w:p>
        </w:tc>
      </w:tr>
      <w:tr w:rsidR="006068E7">
        <w:trPr>
          <w:trHeight w:hRule="exact" w:val="82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5.1.</w:t>
            </w: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Узоры в природе.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14.01.2023 17.01.2023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068E7" w:rsidRPr="004F5B21" w:rsidRDefault="001C08A7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Рассматривать и эстетически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характеризовать различные примеры узоров в природе (на основе фотографий);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45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6068E7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5.2.</w:t>
            </w: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Pr="004F5B21" w:rsidRDefault="001C08A7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18.01.2023 21.01.2023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068E7" w:rsidRPr="004F5B21" w:rsidRDefault="001C08A7">
            <w:pPr>
              <w:autoSpaceDE w:val="0"/>
              <w:autoSpaceDN w:val="0"/>
              <w:spacing w:before="78" w:after="0" w:line="250" w:lineRule="auto"/>
              <w:ind w:left="72" w:right="288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Приводить примеры и делать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ассоциативные сопоставления с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орнаментами в предметах декоративно-прикладного искусства;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45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6068E7">
        <w:trPr>
          <w:trHeight w:hRule="exact" w:val="9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5.3.</w:t>
            </w: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Pr="004F5B21" w:rsidRDefault="001C08A7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Представления о симметрии и наблюдение её в природе.</w:t>
            </w:r>
          </w:p>
          <w:p w:rsidR="006068E7" w:rsidRPr="004F5B21" w:rsidRDefault="001C08A7">
            <w:pPr>
              <w:autoSpaceDE w:val="0"/>
              <w:autoSpaceDN w:val="0"/>
              <w:spacing w:before="20" w:after="0" w:line="247" w:lineRule="auto"/>
              <w:ind w:left="72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Последовательное ведение работы над изображением бабочки по представлению, использование линии симметрии при составлении узора крыльев.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22.01.2023 24.01.2023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068E7" w:rsidRPr="004F5B21" w:rsidRDefault="001C08A7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Выполнить рисунок бабочки, украсив узорами её крылья;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45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6068E7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5.4.</w:t>
            </w: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45" w:lineRule="auto"/>
              <w:ind w:left="72" w:right="432"/>
            </w:pPr>
            <w:r w:rsidRPr="004F5B2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Узоры и орнаменты, создаваемые людьми, и разнообразие их видов.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Орнаменты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геометрические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растительные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25.01.2023 27.01.2023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068E7" w:rsidRPr="004F5B21" w:rsidRDefault="001C08A7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в предложенных орнаментах мотивы изображения: растительные,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геометрические, </w:t>
            </w:r>
            <w:r w:rsidRPr="004F5B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анималистические;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45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6068E7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5.5.</w:t>
            </w: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Pr="004F5B21" w:rsidRDefault="001C08A7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Декоративная композиция в круге или полосе.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28.01.2023 31.01.2023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068E7" w:rsidRPr="004F5B21" w:rsidRDefault="001C08A7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Рассматривать и эстетически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характеризовать различные примеры узоров в природе (на основе фотографий);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45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https://uchi.ru/</w:t>
            </w:r>
          </w:p>
        </w:tc>
      </w:tr>
      <w:tr w:rsidR="006068E7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5.6.</w:t>
            </w: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Pr="004F5B21" w:rsidRDefault="001C08A7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Орнамент, характерный для игрушек одного из наиболее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известных народных художественных промыслов. Дымковская, </w:t>
            </w:r>
            <w:proofErr w:type="spellStart"/>
            <w:r w:rsidRPr="004F5B2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каргопольская</w:t>
            </w:r>
            <w:proofErr w:type="spellEnd"/>
            <w:r w:rsidRPr="004F5B2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игрушка или по выбору учителя с учётом местных промыслов.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09.02.2023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068E7" w:rsidRPr="004F5B21" w:rsidRDefault="001C08A7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Выполнить на бумаге красками рисунок орнамента выбранной игрушки;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45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6068E7">
        <w:trPr>
          <w:trHeight w:hRule="exact" w:val="73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5.7.</w:t>
            </w: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45" w:lineRule="auto"/>
              <w:ind w:left="72" w:right="432"/>
            </w:pPr>
            <w:r w:rsidRPr="004F5B2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Оригами — создание игрушки для новогодней ёлки.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Приёмы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складывания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бумаги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13.02.2023 17.02.2023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068E7" w:rsidRPr="004F5B21" w:rsidRDefault="001C08A7">
            <w:pPr>
              <w:autoSpaceDE w:val="0"/>
              <w:autoSpaceDN w:val="0"/>
              <w:spacing w:before="78" w:after="0" w:line="247" w:lineRule="auto"/>
              <w:ind w:left="72" w:right="288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в предложенных орнаментах </w:t>
            </w:r>
            <w:r w:rsidRPr="004F5B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мотивы изображения: растительные,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геометрические, анималистические;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45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6068E7">
        <w:trPr>
          <w:trHeight w:hRule="exact" w:val="540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5.8.</w:t>
            </w:r>
          </w:p>
        </w:tc>
        <w:tc>
          <w:tcPr>
            <w:tcW w:w="491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Pr="004F5B21" w:rsidRDefault="001C08A7">
            <w:pPr>
              <w:autoSpaceDE w:val="0"/>
              <w:autoSpaceDN w:val="0"/>
              <w:spacing w:before="74" w:after="0" w:line="230" w:lineRule="auto"/>
              <w:ind w:left="72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Форма и украшение бытовых предметов.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4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18.02.2023 21.02.2023</w:t>
            </w:r>
          </w:p>
        </w:tc>
        <w:tc>
          <w:tcPr>
            <w:tcW w:w="31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068E7" w:rsidRPr="004F5B21" w:rsidRDefault="001C08A7">
            <w:pPr>
              <w:autoSpaceDE w:val="0"/>
              <w:autoSpaceDN w:val="0"/>
              <w:spacing w:before="74" w:after="0" w:line="245" w:lineRule="auto"/>
              <w:ind w:left="72" w:right="720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Узнавать о работе художника по изготовлению бытовых вещей;</w:t>
            </w:r>
          </w:p>
        </w:tc>
        <w:tc>
          <w:tcPr>
            <w:tcW w:w="108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4" w:after="0" w:line="245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2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6068E7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5.9.</w:t>
            </w: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Pr="004F5B21" w:rsidRDefault="001C08A7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Приёмы </w:t>
            </w:r>
            <w:proofErr w:type="spellStart"/>
            <w:r w:rsidRPr="004F5B2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бумагопластики</w:t>
            </w:r>
            <w:proofErr w:type="spellEnd"/>
            <w:r w:rsidRPr="004F5B2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. Сумка или упаковка и её декор.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22.02.2023 24.02.2023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068E7" w:rsidRPr="004F5B21" w:rsidRDefault="001C08A7">
            <w:pPr>
              <w:autoSpaceDE w:val="0"/>
              <w:autoSpaceDN w:val="0"/>
              <w:spacing w:before="76" w:after="0" w:line="250" w:lineRule="auto"/>
              <w:ind w:left="72" w:right="432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Осваивать навыки работы с бумагой, ножницами, клеем, подручными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материалами;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45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https://uchi.ru/</w:t>
            </w:r>
          </w:p>
        </w:tc>
      </w:tr>
      <w:tr w:rsidR="006068E7">
        <w:trPr>
          <w:trHeight w:hRule="exact" w:val="348"/>
        </w:trPr>
        <w:tc>
          <w:tcPr>
            <w:tcW w:w="5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по модулю 5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95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6068E7"/>
        </w:tc>
      </w:tr>
      <w:tr w:rsidR="006068E7">
        <w:trPr>
          <w:trHeight w:hRule="exact" w:val="32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6.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Архитектура </w:t>
            </w:r>
          </w:p>
        </w:tc>
      </w:tr>
    </w:tbl>
    <w:p w:rsidR="006068E7" w:rsidRDefault="006068E7">
      <w:pPr>
        <w:autoSpaceDE w:val="0"/>
        <w:autoSpaceDN w:val="0"/>
        <w:spacing w:after="0" w:line="14" w:lineRule="exact"/>
      </w:pPr>
    </w:p>
    <w:p w:rsidR="006068E7" w:rsidRDefault="006068E7">
      <w:pPr>
        <w:sectPr w:rsidR="006068E7">
          <w:pgSz w:w="16840" w:h="11900"/>
          <w:pgMar w:top="284" w:right="640" w:bottom="32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6068E7" w:rsidRDefault="006068E7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912"/>
        <w:gridCol w:w="528"/>
        <w:gridCol w:w="1104"/>
        <w:gridCol w:w="1140"/>
        <w:gridCol w:w="866"/>
        <w:gridCol w:w="3120"/>
        <w:gridCol w:w="1082"/>
        <w:gridCol w:w="2282"/>
      </w:tblGrid>
      <w:tr w:rsidR="006068E7">
        <w:trPr>
          <w:trHeight w:hRule="exact" w:val="282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6.1.</w:t>
            </w: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Pr="004F5B21" w:rsidRDefault="001C08A7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Наблюдение разнообразия архитектурных построек в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окружающем мире по фотографиям, обсуждение их особенностей и составных</w:t>
            </w:r>
            <w:r w:rsidRPr="004F5B2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частей зданий.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25.02.2023 27.02.2023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068E7" w:rsidRPr="004F5B21" w:rsidRDefault="001C08A7">
            <w:pPr>
              <w:autoSpaceDE w:val="0"/>
              <w:autoSpaceDN w:val="0"/>
              <w:spacing w:before="78" w:after="0" w:line="254" w:lineRule="auto"/>
              <w:ind w:left="72" w:right="864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Рассматривать;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и;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сравнивать;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различные здания;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в;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окружающем мире;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(по фотографиям);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Анализировать;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и;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характеризовать;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особенности и составные части; рассматриваемых;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зданий;;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45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6068E7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6.2.</w:t>
            </w: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Pr="004F5B21" w:rsidRDefault="001C08A7">
            <w:pPr>
              <w:autoSpaceDE w:val="0"/>
              <w:autoSpaceDN w:val="0"/>
              <w:spacing w:before="76" w:after="0" w:line="250" w:lineRule="auto"/>
              <w:ind w:left="72" w:right="432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Освоение приёмов конструирования из бумаги. Складывание объёмных простых геометрических тел. Овладение приёмами склеивания деталей, надрезания, вырезания деталей,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использование приёмов симметрии.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28.02.2023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068E7" w:rsidRPr="004F5B21" w:rsidRDefault="001C08A7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Осваивать приёмы складывания объёмных простых геометрических тел из бумаги (параллелепипед, конус, пирамида) в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качестве основы для домиков;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45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6068E7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6.3.</w:t>
            </w: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Pr="004F5B21" w:rsidRDefault="001C08A7">
            <w:pPr>
              <w:autoSpaceDE w:val="0"/>
              <w:autoSpaceDN w:val="0"/>
              <w:spacing w:before="78" w:after="0" w:line="245" w:lineRule="auto"/>
              <w:ind w:right="288"/>
              <w:jc w:val="center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Макетирование (или создание аппликации) пространственной среды </w:t>
            </w:r>
            <w:r w:rsidRPr="004F5B2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сказочного города из бумаги, картона или пластилина.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03.03.2023 07.03.2023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068E7" w:rsidRPr="004F5B21" w:rsidRDefault="001C08A7">
            <w:pPr>
              <w:autoSpaceDE w:val="0"/>
              <w:autoSpaceDN w:val="0"/>
              <w:spacing w:before="78" w:after="0" w:line="250" w:lineRule="auto"/>
              <w:ind w:left="72" w:right="432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Макетировать в игровой форме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пространство сказочного городка (или построить городок в виде объёмной аппликации);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45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45" w:lineRule="auto"/>
              <w:ind w:left="72" w:right="100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 https://uchi.ru/</w:t>
            </w:r>
          </w:p>
        </w:tc>
      </w:tr>
      <w:tr w:rsidR="006068E7">
        <w:trPr>
          <w:trHeight w:hRule="exact" w:val="348"/>
        </w:trPr>
        <w:tc>
          <w:tcPr>
            <w:tcW w:w="5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 6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95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6068E7"/>
        </w:tc>
      </w:tr>
      <w:tr w:rsidR="006068E7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7.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Восприятие произведений искусства</w:t>
            </w:r>
          </w:p>
        </w:tc>
      </w:tr>
      <w:tr w:rsidR="006068E7">
        <w:trPr>
          <w:trHeight w:hRule="exact" w:val="111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7.1.</w:t>
            </w: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Pr="004F5B21" w:rsidRDefault="001C08A7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Восприятие произведений детского творчества. Обсуждение сюжетного и эмоционального содержания детских работ.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08.03.2023 11.03.2023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068E7" w:rsidRPr="004F5B21" w:rsidRDefault="001C08A7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Наблюдать, разглядывать, анализировать </w:t>
            </w:r>
            <w:r w:rsidRPr="004F5B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детские работы с позиций их содержания и сюжета, настроения, расположения на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листе, цветового содержания, соответствия учебной задаче, поставленной учителем;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45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6068E7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7.2.</w:t>
            </w: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Pr="004F5B21" w:rsidRDefault="001C08A7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Художественное наблюдение окружающего мира (мира природы) и предметной среды жизни человека в зависимости от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поставленной аналитической и эстетической задачи наблюдения (установки).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12.03.2023 15.03.2023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068E7" w:rsidRPr="004F5B21" w:rsidRDefault="001C08A7">
            <w:pPr>
              <w:autoSpaceDE w:val="0"/>
              <w:autoSpaceDN w:val="0"/>
              <w:spacing w:before="76" w:after="0" w:line="252" w:lineRule="auto"/>
              <w:ind w:left="72" w:right="288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Приобретать опыт художественного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наблюдения предметной среды жизни человека в зависимости от поставленной аналитической и эстетической задачи (установки);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45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6068E7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7.3.</w:t>
            </w: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Pr="004F5B21" w:rsidRDefault="001C08A7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Рассматривание иллюстраций к детским книгам на основе </w:t>
            </w:r>
            <w:r w:rsidRPr="004F5B2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содержательных установок учителя в соответствии с изучаемой темой.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16.03.2023 19.03.2023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068E7" w:rsidRPr="004F5B21" w:rsidRDefault="001C08A7">
            <w:pPr>
              <w:autoSpaceDE w:val="0"/>
              <w:autoSpaceDN w:val="0"/>
              <w:spacing w:before="78" w:after="0" w:line="250" w:lineRule="auto"/>
              <w:ind w:left="72" w:right="288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Осваивать опыт восприятия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художественных иллюстраций в детских книгах в соответствии с учебной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установкой;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45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6068E7">
        <w:trPr>
          <w:trHeight w:hRule="exact" w:val="9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7.4.</w:t>
            </w: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Знакомство с живописной картиной.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20.03.2023 23.03.2023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068E7" w:rsidRPr="004F5B21" w:rsidRDefault="001C08A7">
            <w:pPr>
              <w:autoSpaceDE w:val="0"/>
              <w:autoSpaceDN w:val="0"/>
              <w:spacing w:before="78" w:after="0" w:line="250" w:lineRule="auto"/>
              <w:ind w:left="72" w:right="288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Приобретать опыт эстетического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наблюдения природы на основе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эмоциональных впечатлений и с учётом визуальной установки учителя;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45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6068E7">
        <w:trPr>
          <w:trHeight w:hRule="exact" w:val="109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7.5.</w:t>
            </w: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Pr="004F5B21" w:rsidRDefault="001C08A7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Обсуждение произведений с ярко выраженным эмоциональным настроением или со сказочным сюжетом. Произведения В. М.</w:t>
            </w:r>
          </w:p>
          <w:p w:rsidR="006068E7" w:rsidRPr="004F5B21" w:rsidRDefault="001C08A7">
            <w:pPr>
              <w:autoSpaceDE w:val="0"/>
              <w:autoSpaceDN w:val="0"/>
              <w:spacing w:before="18" w:after="0" w:line="245" w:lineRule="auto"/>
              <w:ind w:left="72" w:right="576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Васнецова, М. А. Врубеля и других художников (по выбору учителя).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24.03.2023 26.03.2023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068E7" w:rsidRPr="004F5B21" w:rsidRDefault="001C08A7">
            <w:pPr>
              <w:autoSpaceDE w:val="0"/>
              <w:autoSpaceDN w:val="0"/>
              <w:spacing w:before="76" w:after="0" w:line="252" w:lineRule="auto"/>
              <w:ind w:left="72" w:right="288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Приобретать опыт художественного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наблюдения предметной среды жизни человека в зависимости от поставленной аналитической и эстетической задачи (установки);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45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</w:tbl>
    <w:p w:rsidR="006068E7" w:rsidRDefault="006068E7">
      <w:pPr>
        <w:autoSpaceDE w:val="0"/>
        <w:autoSpaceDN w:val="0"/>
        <w:spacing w:after="0" w:line="14" w:lineRule="exact"/>
      </w:pPr>
    </w:p>
    <w:p w:rsidR="006068E7" w:rsidRDefault="006068E7">
      <w:pPr>
        <w:sectPr w:rsidR="006068E7">
          <w:pgSz w:w="16840" w:h="11900"/>
          <w:pgMar w:top="284" w:right="640" w:bottom="37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6068E7" w:rsidRDefault="006068E7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912"/>
        <w:gridCol w:w="528"/>
        <w:gridCol w:w="1104"/>
        <w:gridCol w:w="1140"/>
        <w:gridCol w:w="866"/>
        <w:gridCol w:w="3120"/>
        <w:gridCol w:w="1082"/>
        <w:gridCol w:w="2282"/>
      </w:tblGrid>
      <w:tr w:rsidR="006068E7">
        <w:trPr>
          <w:trHeight w:hRule="exact" w:val="97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7.6.</w:t>
            </w: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Pr="004F5B21" w:rsidRDefault="001C08A7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Художник и зритель. Освоение зрительских умений на основе получаемых знаний и творческих установок наблюдения.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27.03.2023 29.03.2023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068E7" w:rsidRPr="004F5B21" w:rsidRDefault="001C08A7">
            <w:pPr>
              <w:autoSpaceDE w:val="0"/>
              <w:autoSpaceDN w:val="0"/>
              <w:spacing w:before="78" w:after="0" w:line="250" w:lineRule="auto"/>
              <w:ind w:left="72" w:right="288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Приобретать опыт эстетического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наблюдения природы на основе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эмоциональных впечатлений и с учётом визуальной установки учителя;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45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45" w:lineRule="auto"/>
              <w:ind w:left="72" w:right="100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https://uchi.ru/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6068E7">
        <w:trPr>
          <w:trHeight w:hRule="exact" w:val="9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7.7.</w:t>
            </w: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Pr="004F5B21" w:rsidRDefault="001C08A7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Ассоциации из личного опыта учащихся и оценка эмоционального </w:t>
            </w:r>
            <w:r w:rsidRPr="004F5B2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содержания произведений.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30.03.2023 31.03.2023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068E7" w:rsidRPr="004F5B21" w:rsidRDefault="001C08A7">
            <w:pPr>
              <w:autoSpaceDE w:val="0"/>
              <w:autoSpaceDN w:val="0"/>
              <w:spacing w:before="78" w:after="0" w:line="250" w:lineRule="auto"/>
              <w:ind w:left="72" w:right="288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Осваивать опыт восприятия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художественных иллюстраций в детских книгах в соответствии с учебной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установкой;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45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6068E7">
        <w:trPr>
          <w:trHeight w:hRule="exact" w:val="732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7.8.</w:t>
            </w:r>
          </w:p>
        </w:tc>
        <w:tc>
          <w:tcPr>
            <w:tcW w:w="491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Pr="004F5B21" w:rsidRDefault="001C08A7">
            <w:pPr>
              <w:autoSpaceDE w:val="0"/>
              <w:autoSpaceDN w:val="0"/>
              <w:spacing w:before="74" w:after="0" w:line="250" w:lineRule="auto"/>
              <w:ind w:left="72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Произведения И. И. Левитана, А. Г. Венецианова И. И. Шишкина, А. А. Пластова, К. Моне, В. Ван Гога и других художников (по выбору учителя) по теме «Времена года»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4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01.03.2023 02.03.2023</w:t>
            </w:r>
          </w:p>
        </w:tc>
        <w:tc>
          <w:tcPr>
            <w:tcW w:w="31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068E7" w:rsidRPr="004F5B21" w:rsidRDefault="001C08A7">
            <w:pPr>
              <w:autoSpaceDE w:val="0"/>
              <w:autoSpaceDN w:val="0"/>
              <w:spacing w:before="74" w:after="0" w:line="245" w:lineRule="auto"/>
              <w:ind w:left="72" w:right="432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Рассказывать и обсуждать зрительские впечатления и мысли;</w:t>
            </w:r>
          </w:p>
        </w:tc>
        <w:tc>
          <w:tcPr>
            <w:tcW w:w="108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4" w:after="0" w:line="245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22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6068E7">
        <w:trPr>
          <w:trHeight w:hRule="exact" w:val="348"/>
        </w:trPr>
        <w:tc>
          <w:tcPr>
            <w:tcW w:w="5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 7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95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6068E7"/>
        </w:tc>
      </w:tr>
      <w:tr w:rsidR="006068E7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8.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Азбука цифровой графики</w:t>
            </w:r>
          </w:p>
        </w:tc>
      </w:tr>
      <w:tr w:rsidR="006068E7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8.1.</w:t>
            </w: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Pr="004F5B21" w:rsidRDefault="001C08A7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Фотографирование мелких деталей природы, запечатление на фотографиях ярких зрительных впечатлений.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01.04.2023 06.04.2023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068E7" w:rsidRPr="004F5B21" w:rsidRDefault="001C08A7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Приобретать опыт фотографирования с целью эстетического и целенаправленного наблюдения природы;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45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6068E7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8.2.</w:t>
            </w: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Pr="004F5B21" w:rsidRDefault="001C08A7">
            <w:pPr>
              <w:autoSpaceDE w:val="0"/>
              <w:autoSpaceDN w:val="0"/>
              <w:spacing w:before="78" w:after="0" w:line="245" w:lineRule="auto"/>
              <w:ind w:left="72" w:right="720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Обсуждение в условиях урока ученических фотографий, соответствующих изучаемой теме.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09.05.2023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20.05.2023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068E7" w:rsidRPr="004F5B21" w:rsidRDefault="001C08A7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Приобретать опыт обсуждения фотографий с точки зрения цели сделанного снимка, значимости его содержания, его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композиции;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45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6068E7">
        <w:trPr>
          <w:trHeight w:hRule="exact" w:val="350"/>
        </w:trPr>
        <w:tc>
          <w:tcPr>
            <w:tcW w:w="5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 8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95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6068E7"/>
        </w:tc>
      </w:tr>
      <w:tr w:rsidR="006068E7">
        <w:trPr>
          <w:trHeight w:hRule="exact" w:val="328"/>
        </w:trPr>
        <w:tc>
          <w:tcPr>
            <w:tcW w:w="5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Pr="004F5B21" w:rsidRDefault="001C08A7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33</w:t>
            </w:r>
          </w:p>
        </w:tc>
        <w:tc>
          <w:tcPr>
            <w:tcW w:w="73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6068E7"/>
        </w:tc>
      </w:tr>
    </w:tbl>
    <w:p w:rsidR="006068E7" w:rsidRDefault="006068E7">
      <w:pPr>
        <w:autoSpaceDE w:val="0"/>
        <w:autoSpaceDN w:val="0"/>
        <w:spacing w:after="0" w:line="14" w:lineRule="exact"/>
      </w:pPr>
    </w:p>
    <w:p w:rsidR="006068E7" w:rsidRDefault="006068E7">
      <w:pPr>
        <w:sectPr w:rsidR="006068E7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6068E7" w:rsidRDefault="006068E7">
      <w:pPr>
        <w:autoSpaceDE w:val="0"/>
        <w:autoSpaceDN w:val="0"/>
        <w:spacing w:after="78" w:line="220" w:lineRule="exact"/>
      </w:pPr>
    </w:p>
    <w:p w:rsidR="006068E7" w:rsidRDefault="001C08A7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ПОУРОЧНОЕ ПЛАНИРОВАНИЕ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288"/>
        <w:gridCol w:w="734"/>
        <w:gridCol w:w="1620"/>
        <w:gridCol w:w="1668"/>
        <w:gridCol w:w="1164"/>
        <w:gridCol w:w="1574"/>
      </w:tblGrid>
      <w:tr w:rsidR="006068E7">
        <w:trPr>
          <w:trHeight w:hRule="exact" w:val="492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3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2" w:type="dxa"/>
            <w:gridSpan w:val="3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71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контроля</w:t>
            </w:r>
          </w:p>
        </w:tc>
      </w:tr>
      <w:tr w:rsidR="006068E7">
        <w:trPr>
          <w:trHeight w:hRule="exact" w:val="828"/>
        </w:trPr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E7" w:rsidRDefault="006068E7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6068E7" w:rsidRDefault="006068E7"/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E7" w:rsidRDefault="006068E7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E7" w:rsidRDefault="006068E7"/>
        </w:tc>
      </w:tr>
      <w:tr w:rsidR="006068E7">
        <w:trPr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068E7" w:rsidRPr="004F5B21" w:rsidRDefault="001C08A7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Восприятие детских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рисунков. Навыки восприятия произведений детского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творчества и формирование зрительских умений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6068E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068E7">
        <w:trPr>
          <w:trHeight w:hRule="exact" w:val="2510"/>
        </w:trPr>
        <w:tc>
          <w:tcPr>
            <w:tcW w:w="5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328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068E7" w:rsidRPr="004F5B21" w:rsidRDefault="001C08A7">
            <w:pPr>
              <w:autoSpaceDE w:val="0"/>
              <w:autoSpaceDN w:val="0"/>
              <w:spacing w:before="100" w:after="0" w:line="271" w:lineRule="auto"/>
              <w:ind w:left="72" w:right="576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Первые представления о композиции: на уровне образного восприятия.</w:t>
            </w:r>
          </w:p>
          <w:p w:rsidR="006068E7" w:rsidRPr="004F5B21" w:rsidRDefault="001C08A7">
            <w:pPr>
              <w:autoSpaceDE w:val="0"/>
              <w:autoSpaceDN w:val="0"/>
              <w:spacing w:before="70" w:after="0" w:line="262" w:lineRule="auto"/>
              <w:ind w:left="72" w:right="144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Представление о различных художественных </w:t>
            </w: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материалах.</w:t>
            </w:r>
          </w:p>
          <w:p w:rsidR="006068E7" w:rsidRDefault="001C08A7">
            <w:pPr>
              <w:autoSpaceDE w:val="0"/>
              <w:autoSpaceDN w:val="0"/>
              <w:spacing w:before="7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Обсуждение содержания рисунка</w:t>
            </w:r>
          </w:p>
        </w:tc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6068E7"/>
        </w:tc>
        <w:tc>
          <w:tcPr>
            <w:tcW w:w="15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100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068E7">
        <w:trPr>
          <w:trHeight w:hRule="exact" w:val="31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068E7" w:rsidRPr="004F5B21" w:rsidRDefault="001C08A7">
            <w:pPr>
              <w:autoSpaceDE w:val="0"/>
              <w:autoSpaceDN w:val="0"/>
              <w:spacing w:before="98" w:after="0" w:line="281" w:lineRule="auto"/>
              <w:ind w:left="72" w:right="288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Линейный рисунок. Разные виды линий. Линии в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природе. Ветки (по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фотографиям): тонкие —толстые, порывистые,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угловатые, плавные и др.</w:t>
            </w:r>
          </w:p>
          <w:p w:rsidR="006068E7" w:rsidRDefault="001C08A7">
            <w:pPr>
              <w:autoSpaceDE w:val="0"/>
              <w:autoSpaceDN w:val="0"/>
              <w:spacing w:before="70" w:after="0" w:line="271" w:lineRule="auto"/>
              <w:ind w:left="72" w:right="144"/>
            </w:pP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Графические материалы и их особенности.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Приёмы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рисования линией.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6068E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068E7">
        <w:trPr>
          <w:trHeight w:hRule="exact" w:val="150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068E7" w:rsidRPr="004F5B21" w:rsidRDefault="001C08A7">
            <w:pPr>
              <w:autoSpaceDE w:val="0"/>
              <w:autoSpaceDN w:val="0"/>
              <w:spacing w:before="98" w:after="0"/>
              <w:ind w:left="72" w:right="288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Рисунок с натуры: рисунок листьев разной формы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(треугольный, круглый,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овальный, длинный)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6068E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068E7">
        <w:trPr>
          <w:trHeight w:hRule="exact" w:val="282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068E7" w:rsidRPr="004F5B21" w:rsidRDefault="001C08A7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Последовательность рисунка.</w:t>
            </w:r>
          </w:p>
          <w:p w:rsidR="006068E7" w:rsidRPr="004F5B21" w:rsidRDefault="001C08A7">
            <w:pPr>
              <w:autoSpaceDE w:val="0"/>
              <w:autoSpaceDN w:val="0"/>
              <w:spacing w:before="70" w:after="0" w:line="283" w:lineRule="auto"/>
              <w:ind w:left="72" w:right="144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Первичные навыки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определения пропорций и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понимания их значения. От одного пятна — «тела»,меняя пропорции «лап» и «шеи»,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получаем рисунки разных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животных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6068E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100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6068E7" w:rsidRDefault="006068E7">
      <w:pPr>
        <w:autoSpaceDE w:val="0"/>
        <w:autoSpaceDN w:val="0"/>
        <w:spacing w:after="0" w:line="14" w:lineRule="exact"/>
      </w:pPr>
    </w:p>
    <w:p w:rsidR="006068E7" w:rsidRDefault="006068E7">
      <w:pPr>
        <w:sectPr w:rsidR="006068E7">
          <w:pgSz w:w="11900" w:h="16840"/>
          <w:pgMar w:top="298" w:right="650" w:bottom="122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068E7" w:rsidRDefault="006068E7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288"/>
        <w:gridCol w:w="734"/>
        <w:gridCol w:w="1620"/>
        <w:gridCol w:w="1668"/>
        <w:gridCol w:w="1164"/>
        <w:gridCol w:w="1574"/>
      </w:tblGrid>
      <w:tr w:rsidR="006068E7">
        <w:trPr>
          <w:trHeight w:hRule="exact" w:val="25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068E7" w:rsidRPr="004F5B21" w:rsidRDefault="001C08A7">
            <w:pPr>
              <w:autoSpaceDE w:val="0"/>
              <w:autoSpaceDN w:val="0"/>
              <w:spacing w:before="98" w:after="0" w:line="283" w:lineRule="auto"/>
              <w:ind w:left="72" w:right="144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Линейный тематический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рисунок (линия -рассказчица) на сюжет стихотворения или сюжет из жизни детей (игры во дворе, в походе и др.) с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простым и весёлым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повествовательным сюжетом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6068E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068E7">
        <w:trPr>
          <w:trHeight w:hRule="exact" w:val="385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068E7" w:rsidRPr="004F5B21" w:rsidRDefault="001C08A7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Пятно -силуэт. Превращение </w:t>
            </w: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случайного пятна в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изображение зверушки или фантастического зверя.</w:t>
            </w:r>
          </w:p>
          <w:p w:rsidR="006068E7" w:rsidRPr="004F5B21" w:rsidRDefault="001C08A7">
            <w:pPr>
              <w:autoSpaceDE w:val="0"/>
              <w:autoSpaceDN w:val="0"/>
              <w:spacing w:before="72" w:after="0" w:line="281" w:lineRule="auto"/>
              <w:ind w:left="72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Развитие образного видения и способности целостного,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обобщённого видения. Пятно как основа графического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изображения. Тень как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пример пятна. Теневой театр.</w:t>
            </w:r>
          </w:p>
          <w:p w:rsidR="006068E7" w:rsidRDefault="001C08A7">
            <w:pPr>
              <w:autoSpaceDE w:val="0"/>
              <w:autoSpaceDN w:val="0"/>
              <w:spacing w:before="7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Силуэт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6068E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Практическая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работа;</w:t>
            </w:r>
          </w:p>
        </w:tc>
      </w:tr>
      <w:tr w:rsidR="006068E7">
        <w:trPr>
          <w:trHeight w:hRule="exact" w:val="284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068E7" w:rsidRPr="004F5B21" w:rsidRDefault="001C08A7">
            <w:pPr>
              <w:autoSpaceDE w:val="0"/>
              <w:autoSpaceDN w:val="0"/>
              <w:spacing w:before="98" w:after="0" w:line="286" w:lineRule="auto"/>
              <w:ind w:left="72" w:right="144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Навыки работы на уроке с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жидкой краской и кистью,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уход за своим рабочим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местом. Рассмотрение и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анализ средств выражения —пятна и линии — в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иллюстрациях художников к детским книгам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6068E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068E7">
        <w:trPr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068E7" w:rsidRPr="004F5B21" w:rsidRDefault="001C08A7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Цвет как одно из главных </w:t>
            </w: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средств выражения в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изобразительном искусстве.</w:t>
            </w:r>
          </w:p>
          <w:p w:rsidR="006068E7" w:rsidRPr="004F5B21" w:rsidRDefault="001C08A7">
            <w:pPr>
              <w:autoSpaceDE w:val="0"/>
              <w:autoSpaceDN w:val="0"/>
              <w:spacing w:before="72" w:after="0" w:line="262" w:lineRule="auto"/>
              <w:ind w:left="72" w:right="576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Навыки работы гуашью в условиях урока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6068E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068E7">
        <w:trPr>
          <w:trHeight w:hRule="exact" w:val="316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068E7" w:rsidRPr="004F5B21" w:rsidRDefault="001C08A7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Три основных цвета.</w:t>
            </w:r>
          </w:p>
          <w:p w:rsidR="006068E7" w:rsidRDefault="001C08A7">
            <w:pPr>
              <w:autoSpaceDE w:val="0"/>
              <w:autoSpaceDN w:val="0"/>
              <w:spacing w:before="70" w:after="0" w:line="286" w:lineRule="auto"/>
              <w:ind w:left="72"/>
            </w:pP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Ассоциативные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представления, связанные с каждым из цветов. Навыки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смешения красок и получения </w:t>
            </w: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нового цвета.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Эмоциональная выразительность цвета. Цвет как выражение настроения, душевного состояния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6068E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100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6068E7" w:rsidRDefault="006068E7">
      <w:pPr>
        <w:autoSpaceDE w:val="0"/>
        <w:autoSpaceDN w:val="0"/>
        <w:spacing w:after="0" w:line="14" w:lineRule="exact"/>
      </w:pPr>
    </w:p>
    <w:p w:rsidR="006068E7" w:rsidRDefault="006068E7">
      <w:pPr>
        <w:sectPr w:rsidR="006068E7">
          <w:pgSz w:w="11900" w:h="16840"/>
          <w:pgMar w:top="284" w:right="650" w:bottom="101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068E7" w:rsidRDefault="006068E7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288"/>
        <w:gridCol w:w="734"/>
        <w:gridCol w:w="1620"/>
        <w:gridCol w:w="1668"/>
        <w:gridCol w:w="1164"/>
        <w:gridCol w:w="1574"/>
      </w:tblGrid>
      <w:tr w:rsidR="006068E7">
        <w:trPr>
          <w:trHeight w:hRule="exact" w:val="25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83" w:lineRule="auto"/>
              <w:ind w:left="72"/>
            </w:pP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Наш мир украшают цветы. Живописное изображение по представлению и восприятию разных по цвету и формам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цветков.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Развитие навыков работы гуашью и навыков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наблюдения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6068E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068E7">
        <w:trPr>
          <w:trHeight w:hRule="exact" w:val="217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83" w:lineRule="auto"/>
              <w:ind w:left="72"/>
            </w:pP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Тематическая композиция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«Времена года». Контрастные </w:t>
            </w: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цветовые состояния времён года.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Работа гуашью, в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технике аппликации или в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смешанной технике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6068E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068E7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068E7" w:rsidRPr="004F5B21" w:rsidRDefault="001C08A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Техника монотипии.</w:t>
            </w:r>
          </w:p>
          <w:p w:rsidR="006068E7" w:rsidRPr="004F5B21" w:rsidRDefault="001C08A7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Представления о симметрии.</w:t>
            </w:r>
          </w:p>
          <w:p w:rsidR="006068E7" w:rsidRDefault="001C08A7">
            <w:pPr>
              <w:autoSpaceDE w:val="0"/>
              <w:autoSpaceDN w:val="0"/>
              <w:spacing w:before="7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Развитие ассоциативного воображения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6068E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068E7">
        <w:trPr>
          <w:trHeight w:hRule="exact" w:val="31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068E7" w:rsidRPr="004F5B21" w:rsidRDefault="001C08A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Изображение в</w:t>
            </w: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объёме.</w:t>
            </w:r>
          </w:p>
          <w:p w:rsidR="006068E7" w:rsidRPr="004F5B21" w:rsidRDefault="001C08A7">
            <w:pPr>
              <w:autoSpaceDE w:val="0"/>
              <w:autoSpaceDN w:val="0"/>
              <w:spacing w:before="70" w:after="0" w:line="281" w:lineRule="auto"/>
              <w:ind w:left="72" w:right="144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Приёмы работы с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пластилином; дощечка, стек, тряпочка. Лепка зверушек из цельной формы (черепашки, ёжика, зайчика и т. д.).</w:t>
            </w:r>
          </w:p>
          <w:p w:rsidR="006068E7" w:rsidRPr="004F5B21" w:rsidRDefault="001C08A7">
            <w:pPr>
              <w:autoSpaceDE w:val="0"/>
              <w:autoSpaceDN w:val="0"/>
              <w:spacing w:before="70" w:after="0" w:line="271" w:lineRule="auto"/>
              <w:ind w:left="72" w:right="720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Приёмы вытягивания, вдавливания, сгибания, скручивания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6068E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068E7">
        <w:trPr>
          <w:trHeight w:hRule="exact" w:val="217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068E7" w:rsidRPr="004F5B21" w:rsidRDefault="001C08A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Бумажная пластика.</w:t>
            </w:r>
          </w:p>
          <w:p w:rsidR="006068E7" w:rsidRPr="004F5B21" w:rsidRDefault="001C08A7">
            <w:pPr>
              <w:autoSpaceDE w:val="0"/>
              <w:autoSpaceDN w:val="0"/>
              <w:spacing w:before="70" w:after="0" w:line="281" w:lineRule="auto"/>
              <w:ind w:left="72" w:right="144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Овладение первичными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приёмами надрезания,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закручивания, складывания в работе над объёмной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аппликацией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6068E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068E7">
        <w:trPr>
          <w:trHeight w:hRule="exact" w:val="25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068E7" w:rsidRPr="004F5B21" w:rsidRDefault="001C08A7">
            <w:pPr>
              <w:autoSpaceDE w:val="0"/>
              <w:autoSpaceDN w:val="0"/>
              <w:spacing w:before="98" w:after="0" w:line="283" w:lineRule="auto"/>
              <w:ind w:left="72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Лепка игрушки по мотивам одного из наиболее известных народных художественных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промыслов ( дымковская,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каргопольская игрушки или по выбору учителя с учётом местных промыслов)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6068E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068E7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068E7" w:rsidRPr="004F5B21" w:rsidRDefault="001C08A7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Объёмная апликация из бумаги и картона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6068E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6068E7" w:rsidRDefault="006068E7">
      <w:pPr>
        <w:autoSpaceDE w:val="0"/>
        <w:autoSpaceDN w:val="0"/>
        <w:spacing w:after="0" w:line="14" w:lineRule="exact"/>
      </w:pPr>
    </w:p>
    <w:p w:rsidR="006068E7" w:rsidRDefault="006068E7">
      <w:pPr>
        <w:sectPr w:rsidR="006068E7">
          <w:pgSz w:w="11900" w:h="16840"/>
          <w:pgMar w:top="284" w:right="650" w:bottom="69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068E7" w:rsidRDefault="006068E7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288"/>
        <w:gridCol w:w="734"/>
        <w:gridCol w:w="1620"/>
        <w:gridCol w:w="1668"/>
        <w:gridCol w:w="1164"/>
        <w:gridCol w:w="1574"/>
      </w:tblGrid>
      <w:tr w:rsidR="006068E7">
        <w:trPr>
          <w:trHeight w:hRule="exact" w:val="31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068E7" w:rsidRPr="004F5B21" w:rsidRDefault="001C08A7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Наблюдение узоров в живой природе (в условиях урока на основе фотографий).</w:t>
            </w:r>
          </w:p>
          <w:p w:rsidR="006068E7" w:rsidRPr="004F5B21" w:rsidRDefault="001C08A7">
            <w:pPr>
              <w:autoSpaceDE w:val="0"/>
              <w:autoSpaceDN w:val="0"/>
              <w:spacing w:before="70" w:after="0" w:line="271" w:lineRule="auto"/>
              <w:ind w:left="72" w:right="144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Эмоционально -эстетическое восприятие объектов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действительности.</w:t>
            </w:r>
          </w:p>
          <w:p w:rsidR="006068E7" w:rsidRPr="004F5B21" w:rsidRDefault="001C08A7">
            <w:pPr>
              <w:autoSpaceDE w:val="0"/>
              <w:autoSpaceDN w:val="0"/>
              <w:spacing w:before="70" w:after="0" w:line="271" w:lineRule="auto"/>
              <w:ind w:left="72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Ассоциативное сопоставление с орнаментами в предметах декоративно -прикладного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6068E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068E7">
        <w:trPr>
          <w:trHeight w:hRule="exact" w:val="284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068E7" w:rsidRPr="004F5B21" w:rsidRDefault="001C08A7">
            <w:pPr>
              <w:autoSpaceDE w:val="0"/>
              <w:autoSpaceDN w:val="0"/>
              <w:spacing w:before="100" w:after="0" w:line="286" w:lineRule="auto"/>
              <w:ind w:left="72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Представления о симметрии и наблюдение её в природе.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Последовательное ведение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работы над изображением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бабочки по представлению, использование линии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симметрии при составлении узора крыльев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6068E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100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068E7">
        <w:trPr>
          <w:trHeight w:hRule="exact" w:val="25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068E7" w:rsidRPr="004F5B21" w:rsidRDefault="001C08A7">
            <w:pPr>
              <w:autoSpaceDE w:val="0"/>
              <w:autoSpaceDN w:val="0"/>
              <w:spacing w:before="98" w:after="0" w:line="271" w:lineRule="auto"/>
              <w:ind w:left="72" w:right="720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Узоры и орнаменты,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создаваемые людьми, и разнообразие их видов.</w:t>
            </w:r>
          </w:p>
          <w:p w:rsidR="006068E7" w:rsidRPr="004F5B21" w:rsidRDefault="001C08A7">
            <w:pPr>
              <w:autoSpaceDE w:val="0"/>
              <w:autoSpaceDN w:val="0"/>
              <w:spacing w:before="70" w:after="0" w:line="262" w:lineRule="auto"/>
              <w:ind w:left="72" w:right="144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Орнаменты геометрические и растительные.</w:t>
            </w:r>
          </w:p>
          <w:p w:rsidR="006068E7" w:rsidRPr="004F5B21" w:rsidRDefault="001C08A7">
            <w:pPr>
              <w:autoSpaceDE w:val="0"/>
              <w:autoSpaceDN w:val="0"/>
              <w:spacing w:before="70" w:after="0" w:line="262" w:lineRule="auto"/>
              <w:ind w:left="72" w:right="288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Декоративная композиция в </w:t>
            </w: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круге или полос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6068E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068E7">
        <w:trPr>
          <w:trHeight w:hRule="exact" w:val="284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068E7" w:rsidRPr="004F5B21" w:rsidRDefault="001C08A7">
            <w:pPr>
              <w:autoSpaceDE w:val="0"/>
              <w:autoSpaceDN w:val="0"/>
              <w:spacing w:before="98" w:after="0" w:line="286" w:lineRule="auto"/>
              <w:ind w:left="72" w:right="144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Орнамент, характерный для игрушек одного из наиболее известных народных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художественных промыслов. Дымковская, каргопольская игрушка или по выбору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учителя с учётом местных промыслов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6068E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Практическая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работа;</w:t>
            </w:r>
          </w:p>
        </w:tc>
      </w:tr>
      <w:tr w:rsidR="006068E7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/>
              <w:ind w:left="72" w:right="288"/>
            </w:pP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Оригами — создание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игрушки для новогодней ёлки.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Приёмы складывания бумаги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6068E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068E7">
        <w:trPr>
          <w:trHeight w:hRule="exact" w:val="14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068E7" w:rsidRPr="004F5B21" w:rsidRDefault="001C08A7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Форма и украшение бытовых предметов. Приёмы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бумагопластики. Сумка или упаковка и её декор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6068E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6068E7" w:rsidRDefault="006068E7">
      <w:pPr>
        <w:autoSpaceDE w:val="0"/>
        <w:autoSpaceDN w:val="0"/>
        <w:spacing w:after="0" w:line="14" w:lineRule="exact"/>
      </w:pPr>
    </w:p>
    <w:p w:rsidR="006068E7" w:rsidRDefault="006068E7">
      <w:pPr>
        <w:sectPr w:rsidR="006068E7">
          <w:pgSz w:w="11900" w:h="16840"/>
          <w:pgMar w:top="284" w:right="650" w:bottom="9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068E7" w:rsidRDefault="006068E7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288"/>
        <w:gridCol w:w="734"/>
        <w:gridCol w:w="1620"/>
        <w:gridCol w:w="1668"/>
        <w:gridCol w:w="1164"/>
        <w:gridCol w:w="1574"/>
      </w:tblGrid>
      <w:tr w:rsidR="006068E7">
        <w:trPr>
          <w:trHeight w:hRule="exact" w:val="217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068E7" w:rsidRPr="004F5B21" w:rsidRDefault="001C08A7">
            <w:pPr>
              <w:autoSpaceDE w:val="0"/>
              <w:autoSpaceDN w:val="0"/>
              <w:spacing w:before="98" w:after="0" w:line="281" w:lineRule="auto"/>
              <w:ind w:left="72" w:right="144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Наблюдение разнообразия архитектурных построек в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окружающем мире по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фотографиям, обсуждение их особенностей и составных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частей зд</w:t>
            </w: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аний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6068E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068E7">
        <w:trPr>
          <w:trHeight w:hRule="exact" w:val="351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068E7" w:rsidRPr="004F5B21" w:rsidRDefault="001C08A7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Освоение приёмов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конструирования из бумаги.</w:t>
            </w:r>
          </w:p>
          <w:p w:rsidR="006068E7" w:rsidRPr="004F5B21" w:rsidRDefault="001C08A7">
            <w:pPr>
              <w:autoSpaceDE w:val="0"/>
              <w:autoSpaceDN w:val="0"/>
              <w:spacing w:before="70" w:after="0" w:line="262" w:lineRule="auto"/>
              <w:ind w:left="72" w:right="144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Складывание объёмных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простых геометрических тел.</w:t>
            </w:r>
          </w:p>
          <w:p w:rsidR="006068E7" w:rsidRPr="004F5B21" w:rsidRDefault="001C08A7">
            <w:pPr>
              <w:autoSpaceDE w:val="0"/>
              <w:autoSpaceDN w:val="0"/>
              <w:spacing w:before="72" w:after="0" w:line="281" w:lineRule="auto"/>
              <w:ind w:left="72" w:right="720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Овладение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приёмами склеивания деталей, надрезания,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вырезания деталей,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 приёмов симметрии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6068E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068E7">
        <w:trPr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068E7" w:rsidRPr="004F5B21" w:rsidRDefault="001C08A7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Макетирование (или создание аппликации)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пространственной среды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сказочного города из бумаги, картона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6068E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068E7">
        <w:trPr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068E7" w:rsidRPr="004F5B21" w:rsidRDefault="001C08A7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Восприятие произведений детского творчества.</w:t>
            </w:r>
          </w:p>
          <w:p w:rsidR="006068E7" w:rsidRPr="004F5B21" w:rsidRDefault="001C08A7">
            <w:pPr>
              <w:autoSpaceDE w:val="0"/>
              <w:autoSpaceDN w:val="0"/>
              <w:spacing w:before="70" w:after="0" w:line="271" w:lineRule="auto"/>
              <w:ind w:left="72" w:right="144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Обсуждение сюжетного и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эмоционального содержания </w:t>
            </w: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детских работ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6068E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068E7">
        <w:trPr>
          <w:trHeight w:hRule="exact" w:val="284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068E7" w:rsidRPr="004F5B21" w:rsidRDefault="001C08A7">
            <w:pPr>
              <w:autoSpaceDE w:val="0"/>
              <w:autoSpaceDN w:val="0"/>
              <w:spacing w:before="98" w:after="0" w:line="286" w:lineRule="auto"/>
              <w:ind w:left="72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Художественное наблюдение окружающего мира (мира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природы) и предметной среды жизни человека в зависимости от поставленной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аналитической и эстетической задачи наблюдения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(установки)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6068E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Практическая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работа;</w:t>
            </w:r>
          </w:p>
        </w:tc>
      </w:tr>
      <w:tr w:rsidR="006068E7">
        <w:trPr>
          <w:trHeight w:hRule="exact" w:val="181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068E7" w:rsidRPr="004F5B21" w:rsidRDefault="001C08A7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Рассматривание иллюстраций к детским книгам на основе содержательных установок учителя в соответствии с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изучаемой темой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6068E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6068E7" w:rsidRDefault="006068E7">
      <w:pPr>
        <w:autoSpaceDE w:val="0"/>
        <w:autoSpaceDN w:val="0"/>
        <w:spacing w:after="0" w:line="14" w:lineRule="exact"/>
      </w:pPr>
    </w:p>
    <w:p w:rsidR="006068E7" w:rsidRDefault="006068E7">
      <w:pPr>
        <w:sectPr w:rsidR="006068E7">
          <w:pgSz w:w="11900" w:h="16840"/>
          <w:pgMar w:top="284" w:right="650" w:bottom="110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068E7" w:rsidRDefault="006068E7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288"/>
        <w:gridCol w:w="734"/>
        <w:gridCol w:w="1620"/>
        <w:gridCol w:w="1668"/>
        <w:gridCol w:w="1164"/>
        <w:gridCol w:w="1574"/>
      </w:tblGrid>
      <w:tr w:rsidR="006068E7">
        <w:trPr>
          <w:trHeight w:hRule="exact" w:val="351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068E7" w:rsidRPr="004F5B21" w:rsidRDefault="001C08A7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Знакомство с живописной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картиной. Обсуждение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произведений с ярко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выраженным эмоциональным настроением или со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сказочным сюже</w:t>
            </w: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том.</w:t>
            </w:r>
          </w:p>
          <w:p w:rsidR="006068E7" w:rsidRPr="004F5B21" w:rsidRDefault="001C08A7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Произведения В. М.</w:t>
            </w:r>
          </w:p>
          <w:p w:rsidR="006068E7" w:rsidRPr="004F5B21" w:rsidRDefault="001C08A7">
            <w:pPr>
              <w:autoSpaceDE w:val="0"/>
              <w:autoSpaceDN w:val="0"/>
              <w:spacing w:before="70" w:after="0" w:line="271" w:lineRule="auto"/>
              <w:ind w:left="72" w:right="288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Васнецова, М. А. Врубеля и других художников (по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выбору учителя)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6068E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068E7">
        <w:trPr>
          <w:trHeight w:hRule="exact" w:val="385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068E7" w:rsidRPr="004F5B21" w:rsidRDefault="001C08A7">
            <w:pPr>
              <w:autoSpaceDE w:val="0"/>
              <w:autoSpaceDN w:val="0"/>
              <w:spacing w:before="100" w:after="0" w:line="281" w:lineRule="auto"/>
              <w:ind w:left="72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Ассоциации из личного опыта учащихся и оценка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эмоционального содержания произведений. Произведения И. И. Левитана, А. Г.</w:t>
            </w:r>
          </w:p>
          <w:p w:rsidR="006068E7" w:rsidRPr="004F5B21" w:rsidRDefault="001C08A7">
            <w:pPr>
              <w:autoSpaceDE w:val="0"/>
              <w:autoSpaceDN w:val="0"/>
              <w:spacing w:before="70" w:after="0" w:line="262" w:lineRule="auto"/>
              <w:ind w:left="72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Венецианова И. И. Шишкина, А. А. Пластова, К. Моне, В.</w:t>
            </w:r>
          </w:p>
          <w:p w:rsidR="006068E7" w:rsidRPr="004F5B21" w:rsidRDefault="001C08A7">
            <w:pPr>
              <w:autoSpaceDE w:val="0"/>
              <w:autoSpaceDN w:val="0"/>
              <w:spacing w:before="70" w:after="0"/>
              <w:ind w:left="72" w:right="288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Ван Гога и других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художников (по выбору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учителя) по теме «Времена года»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6068E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100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068E7">
        <w:trPr>
          <w:trHeight w:hRule="exact" w:val="31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068E7" w:rsidRPr="004F5B21" w:rsidRDefault="001C08A7">
            <w:pPr>
              <w:autoSpaceDE w:val="0"/>
              <w:autoSpaceDN w:val="0"/>
              <w:spacing w:before="98" w:after="0" w:line="286" w:lineRule="auto"/>
              <w:ind w:left="72" w:right="144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Фотографирование мелких деталей природы,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запечатление на фотографиях ярких зрительных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впечатлений Обсуждение в условиях урока ученических фотографий, </w:t>
            </w:r>
            <w:r w:rsidRPr="004F5B21">
              <w:rPr>
                <w:lang w:val="ru-RU"/>
              </w:rPr>
              <w:br/>
            </w: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соответствующих изучаемой теме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6068E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068E7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Резерв.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6068E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100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068E7">
        <w:trPr>
          <w:trHeight w:hRule="exact" w:val="808"/>
        </w:trPr>
        <w:tc>
          <w:tcPr>
            <w:tcW w:w="3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068E7" w:rsidRPr="004F5B21" w:rsidRDefault="001C08A7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4F5B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1C08A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68E7" w:rsidRDefault="006068E7"/>
        </w:tc>
      </w:tr>
    </w:tbl>
    <w:p w:rsidR="006068E7" w:rsidRDefault="006068E7">
      <w:pPr>
        <w:autoSpaceDE w:val="0"/>
        <w:autoSpaceDN w:val="0"/>
        <w:spacing w:after="0" w:line="14" w:lineRule="exact"/>
      </w:pPr>
    </w:p>
    <w:p w:rsidR="006068E7" w:rsidRDefault="006068E7">
      <w:pPr>
        <w:sectPr w:rsidR="006068E7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068E7" w:rsidRDefault="006068E7">
      <w:pPr>
        <w:autoSpaceDE w:val="0"/>
        <w:autoSpaceDN w:val="0"/>
        <w:spacing w:after="78" w:line="220" w:lineRule="exact"/>
      </w:pPr>
    </w:p>
    <w:p w:rsidR="006068E7" w:rsidRDefault="001C08A7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6068E7" w:rsidRDefault="001C08A7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6068E7" w:rsidRPr="004F5B21" w:rsidRDefault="001C08A7">
      <w:pPr>
        <w:autoSpaceDE w:val="0"/>
        <w:autoSpaceDN w:val="0"/>
        <w:spacing w:before="166" w:after="0" w:line="281" w:lineRule="auto"/>
        <w:ind w:right="1584"/>
        <w:rPr>
          <w:lang w:val="ru-RU"/>
        </w:rPr>
      </w:pP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Изобразительное искусств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о. 1 класс/Неменская Л.А.; под редакцией Неменского Б.М.; Акционерное общество «Издательство;</w:t>
      </w:r>
      <w:r w:rsidRPr="004F5B21">
        <w:rPr>
          <w:lang w:val="ru-RU"/>
        </w:rPr>
        <w:br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«Просвещение»; </w:t>
      </w:r>
      <w:r w:rsidRPr="004F5B21">
        <w:rPr>
          <w:lang w:val="ru-RU"/>
        </w:rPr>
        <w:br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Введите свой вариант:; </w:t>
      </w:r>
      <w:r w:rsidRPr="004F5B21">
        <w:rPr>
          <w:lang w:val="ru-RU"/>
        </w:rPr>
        <w:br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4F5B21">
        <w:rPr>
          <w:lang w:val="ru-RU"/>
        </w:rPr>
        <w:br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:rsidR="006068E7" w:rsidRPr="004F5B21" w:rsidRDefault="001C08A7">
      <w:pPr>
        <w:autoSpaceDE w:val="0"/>
        <w:autoSpaceDN w:val="0"/>
        <w:spacing w:before="264" w:after="0" w:line="230" w:lineRule="auto"/>
        <w:rPr>
          <w:lang w:val="ru-RU"/>
        </w:rPr>
      </w:pPr>
      <w:r w:rsidRPr="004F5B21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6068E7" w:rsidRPr="004F5B21" w:rsidRDefault="001C08A7">
      <w:pPr>
        <w:autoSpaceDE w:val="0"/>
        <w:autoSpaceDN w:val="0"/>
        <w:spacing w:before="168" w:after="0" w:line="271" w:lineRule="auto"/>
        <w:ind w:right="144"/>
        <w:rPr>
          <w:lang w:val="ru-RU"/>
        </w:rPr>
      </w:pP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Неменский, Б. М. Методическое пособие к учебникам по изобразительному искусству : 1–4 классы : пособие для учителя / Б. М. Неменский, </w:t>
      </w:r>
      <w:r w:rsidRPr="004F5B21">
        <w:rPr>
          <w:lang w:val="ru-RU"/>
        </w:rPr>
        <w:br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Л. А. Неменская, Е. И. Коротеева ; под ред. Б. М. Неменского. – М. : Просвещение, 2020.</w:t>
      </w:r>
    </w:p>
    <w:p w:rsidR="006068E7" w:rsidRPr="004F5B21" w:rsidRDefault="001C08A7">
      <w:pPr>
        <w:autoSpaceDE w:val="0"/>
        <w:autoSpaceDN w:val="0"/>
        <w:spacing w:before="70" w:after="0" w:line="271" w:lineRule="auto"/>
        <w:ind w:right="432"/>
        <w:rPr>
          <w:lang w:val="ru-RU"/>
        </w:rPr>
      </w:pP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Е. И. Коротеева, Изобразительное 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искусство: учебно-наглядное пособие для учащихся 1-4 классов начальной школы / Е. И. Коротеева. - М.: </w:t>
      </w:r>
      <w:r w:rsidRPr="004F5B21">
        <w:rPr>
          <w:lang w:val="ru-RU"/>
        </w:rPr>
        <w:br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Просвещение, 2020.</w:t>
      </w:r>
    </w:p>
    <w:p w:rsidR="006068E7" w:rsidRPr="004F5B21" w:rsidRDefault="001C08A7">
      <w:pPr>
        <w:autoSpaceDE w:val="0"/>
        <w:autoSpaceDN w:val="0"/>
        <w:spacing w:before="70" w:after="0" w:line="271" w:lineRule="auto"/>
        <w:ind w:right="720"/>
        <w:rPr>
          <w:lang w:val="ru-RU"/>
        </w:rPr>
      </w:pP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Изобразительное искусство в начальной школе. Обучение приемам художественно-творческой деятельности / авт.-сост. О. В. Павлова. -</w:t>
      </w:r>
      <w:r w:rsidRPr="004F5B21">
        <w:rPr>
          <w:lang w:val="ru-RU"/>
        </w:rPr>
        <w:br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Волг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оград : Учитель, 2018. - 139 с.: ил.</w:t>
      </w:r>
    </w:p>
    <w:p w:rsidR="006068E7" w:rsidRPr="004F5B21" w:rsidRDefault="001C08A7">
      <w:pPr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Изобразительное искусство и художественный труд в начальной школе. Система преподавания уроков ИЗО в 1-4 классах по программе Б. </w:t>
      </w:r>
    </w:p>
    <w:p w:rsidR="006068E7" w:rsidRPr="004F5B21" w:rsidRDefault="001C08A7">
      <w:pPr>
        <w:autoSpaceDE w:val="0"/>
        <w:autoSpaceDN w:val="0"/>
        <w:spacing w:before="70" w:after="0" w:line="271" w:lineRule="auto"/>
        <w:ind w:right="144"/>
        <w:rPr>
          <w:lang w:val="ru-RU"/>
        </w:rPr>
      </w:pP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М. Неменского / сост. А. Г. Александрова, Н. В.Капустина. - Волгоград: Учитель, 2019. - 6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1 с. 3. Изобразительное искусство. 1-4 классы: упражнения, задания, тесты / авт.-сост. О. В. Свиридова. -Волгоград: Учитель, 2019. - 74 с.: ил.</w:t>
      </w:r>
    </w:p>
    <w:p w:rsidR="006068E7" w:rsidRPr="004F5B21" w:rsidRDefault="001C08A7">
      <w:pPr>
        <w:autoSpaceDE w:val="0"/>
        <w:autoSpaceDN w:val="0"/>
        <w:spacing w:before="262" w:after="0" w:line="230" w:lineRule="auto"/>
        <w:rPr>
          <w:lang w:val="ru-RU"/>
        </w:rPr>
      </w:pPr>
      <w:r w:rsidRPr="004F5B21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6068E7" w:rsidRPr="004F5B21" w:rsidRDefault="001C08A7">
      <w:pPr>
        <w:autoSpaceDE w:val="0"/>
        <w:autoSpaceDN w:val="0"/>
        <w:spacing w:before="166" w:after="0" w:line="286" w:lineRule="auto"/>
        <w:rPr>
          <w:lang w:val="ru-RU"/>
        </w:rPr>
      </w:pP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Единая коллекция цифровых образовательных ресурсов: </w:t>
      </w:r>
      <w:r>
        <w:rPr>
          <w:rFonts w:ascii="Times New Roman" w:eastAsia="Times New Roman" w:hAnsi="Times New Roman"/>
          <w:color w:val="000000"/>
          <w:sz w:val="24"/>
        </w:rPr>
        <w:t>htt</w:t>
      </w:r>
      <w:r>
        <w:rPr>
          <w:rFonts w:ascii="Times New Roman" w:eastAsia="Times New Roman" w:hAnsi="Times New Roman"/>
          <w:color w:val="000000"/>
          <w:sz w:val="24"/>
        </w:rPr>
        <w:t>p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school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collection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edu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4F5B21">
        <w:rPr>
          <w:lang w:val="ru-RU"/>
        </w:rPr>
        <w:br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Фестиваль педагогических идей :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urok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.1</w:t>
      </w:r>
      <w:r>
        <w:rPr>
          <w:rFonts w:ascii="Times New Roman" w:eastAsia="Times New Roman" w:hAnsi="Times New Roman"/>
          <w:color w:val="000000"/>
          <w:sz w:val="24"/>
        </w:rPr>
        <w:t>sept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4F5B21">
        <w:rPr>
          <w:lang w:val="ru-RU"/>
        </w:rPr>
        <w:br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Открытый класс. Сетевые образовательные сообщества: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multiurok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blog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sietievyie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obrazovatiel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nyie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soobshchiestva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otkrytyi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klass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html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4F5B21">
        <w:rPr>
          <w:lang w:val="ru-RU"/>
        </w:rPr>
        <w:br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Официальный ресурс для учит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елей, детей и родителей: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rosuchebnik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material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/40-</w:t>
      </w:r>
      <w:r>
        <w:rPr>
          <w:rFonts w:ascii="Times New Roman" w:eastAsia="Times New Roman" w:hAnsi="Times New Roman"/>
          <w:color w:val="000000"/>
          <w:sz w:val="24"/>
        </w:rPr>
        <w:t>saytov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kotorye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oblegchat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rabotu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uchitelya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4F5B21">
        <w:rPr>
          <w:lang w:val="ru-RU"/>
        </w:rPr>
        <w:br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Журнал начальная школа: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n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shkola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4F5B21">
        <w:rPr>
          <w:lang w:val="ru-RU"/>
        </w:rPr>
        <w:br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Российская электронная школа: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resh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edu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4F5B21">
        <w:rPr>
          <w:lang w:val="ru-RU"/>
        </w:rPr>
        <w:br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Фоксфорд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foxford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/#!</w:t>
      </w:r>
    </w:p>
    <w:p w:rsidR="006068E7" w:rsidRPr="004F5B21" w:rsidRDefault="001C08A7">
      <w:pPr>
        <w:autoSpaceDE w:val="0"/>
        <w:autoSpaceDN w:val="0"/>
        <w:spacing w:before="70" w:after="0" w:line="230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https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uchi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/</w:t>
      </w:r>
    </w:p>
    <w:p w:rsidR="006068E7" w:rsidRPr="004F5B21" w:rsidRDefault="006068E7">
      <w:pPr>
        <w:rPr>
          <w:lang w:val="ru-RU"/>
        </w:rPr>
        <w:sectPr w:rsidR="006068E7" w:rsidRPr="004F5B21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068E7" w:rsidRPr="004F5B21" w:rsidRDefault="006068E7">
      <w:pPr>
        <w:autoSpaceDE w:val="0"/>
        <w:autoSpaceDN w:val="0"/>
        <w:spacing w:after="78" w:line="220" w:lineRule="exact"/>
        <w:rPr>
          <w:lang w:val="ru-RU"/>
        </w:rPr>
      </w:pPr>
    </w:p>
    <w:p w:rsidR="006068E7" w:rsidRPr="004F5B21" w:rsidRDefault="001C08A7">
      <w:pPr>
        <w:autoSpaceDE w:val="0"/>
        <w:autoSpaceDN w:val="0"/>
        <w:spacing w:after="0" w:line="230" w:lineRule="auto"/>
        <w:rPr>
          <w:lang w:val="ru-RU"/>
        </w:rPr>
      </w:pPr>
      <w:r w:rsidRPr="004F5B21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:rsidR="006068E7" w:rsidRPr="004F5B21" w:rsidRDefault="001C08A7">
      <w:pPr>
        <w:autoSpaceDE w:val="0"/>
        <w:autoSpaceDN w:val="0"/>
        <w:spacing w:before="346" w:after="0" w:line="230" w:lineRule="auto"/>
        <w:rPr>
          <w:lang w:val="ru-RU"/>
        </w:rPr>
      </w:pPr>
      <w:r w:rsidRPr="004F5B21">
        <w:rPr>
          <w:rFonts w:ascii="Times New Roman" w:eastAsia="Times New Roman" w:hAnsi="Times New Roman"/>
          <w:b/>
          <w:color w:val="000000"/>
          <w:sz w:val="24"/>
          <w:lang w:val="ru-RU"/>
        </w:rPr>
        <w:t>УЧЕБНОЕ ОБОРУДОВАНИЕ</w:t>
      </w:r>
    </w:p>
    <w:p w:rsidR="006068E7" w:rsidRPr="004F5B21" w:rsidRDefault="001C08A7">
      <w:pPr>
        <w:autoSpaceDE w:val="0"/>
        <w:autoSpaceDN w:val="0"/>
        <w:spacing w:before="166" w:after="0" w:line="281" w:lineRule="auto"/>
        <w:ind w:right="4896"/>
        <w:rPr>
          <w:lang w:val="ru-RU"/>
        </w:rPr>
      </w:pP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классная доска для демонстрации учебного материала персональный компьютер </w:t>
      </w:r>
      <w:r w:rsidRPr="004F5B21">
        <w:rPr>
          <w:lang w:val="ru-RU"/>
        </w:rPr>
        <w:br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мультимедийный проектор </w:t>
      </w:r>
      <w:r w:rsidRPr="004F5B21">
        <w:rPr>
          <w:lang w:val="ru-RU"/>
        </w:rPr>
        <w:br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экран </w:t>
      </w:r>
      <w:r w:rsidRPr="004F5B21">
        <w:rPr>
          <w:lang w:val="ru-RU"/>
        </w:rPr>
        <w:br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колонки</w:t>
      </w:r>
    </w:p>
    <w:p w:rsidR="006068E7" w:rsidRPr="004F5B21" w:rsidRDefault="001C08A7">
      <w:pPr>
        <w:autoSpaceDE w:val="0"/>
        <w:autoSpaceDN w:val="0"/>
        <w:spacing w:before="262" w:after="0" w:line="230" w:lineRule="auto"/>
        <w:rPr>
          <w:lang w:val="ru-RU"/>
        </w:rPr>
      </w:pPr>
      <w:r w:rsidRPr="004F5B21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ПРАКТИЧЕСКИХ РАБОТ</w:t>
      </w:r>
    </w:p>
    <w:p w:rsidR="006068E7" w:rsidRPr="004F5B21" w:rsidRDefault="001C08A7">
      <w:pPr>
        <w:autoSpaceDE w:val="0"/>
        <w:autoSpaceDN w:val="0"/>
        <w:spacing w:before="168" w:after="0" w:line="281" w:lineRule="auto"/>
        <w:ind w:right="1008"/>
        <w:rPr>
          <w:lang w:val="ru-RU"/>
        </w:rPr>
      </w:pP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парта </w:t>
      </w:r>
      <w:r w:rsidRPr="004F5B21">
        <w:rPr>
          <w:lang w:val="ru-RU"/>
        </w:rPr>
        <w:br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клеенка </w:t>
      </w:r>
      <w:r w:rsidRPr="004F5B21">
        <w:rPr>
          <w:lang w:val="ru-RU"/>
        </w:rPr>
        <w:br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краски, гуашь ,палитра, цветные карандаши, простой карандаш, ластик, кисточки,</w:t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 xml:space="preserve"> различной толщины, баночка для воды, </w:t>
      </w:r>
      <w:r w:rsidRPr="004F5B21">
        <w:rPr>
          <w:lang w:val="ru-RU"/>
        </w:rPr>
        <w:br/>
      </w:r>
      <w:r w:rsidRPr="004F5B21">
        <w:rPr>
          <w:rFonts w:ascii="Times New Roman" w:eastAsia="Times New Roman" w:hAnsi="Times New Roman"/>
          <w:color w:val="000000"/>
          <w:sz w:val="24"/>
          <w:lang w:val="ru-RU"/>
        </w:rPr>
        <w:t>альбом</w:t>
      </w:r>
    </w:p>
    <w:p w:rsidR="006068E7" w:rsidRPr="004F5B21" w:rsidRDefault="006068E7">
      <w:pPr>
        <w:rPr>
          <w:lang w:val="ru-RU"/>
        </w:rPr>
        <w:sectPr w:rsidR="006068E7" w:rsidRPr="004F5B21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1C08A7" w:rsidRPr="004F5B21" w:rsidRDefault="001C08A7">
      <w:pPr>
        <w:rPr>
          <w:lang w:val="ru-RU"/>
        </w:rPr>
      </w:pPr>
    </w:p>
    <w:sectPr w:rsidR="001C08A7" w:rsidRPr="004F5B21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1C08A7"/>
    <w:rsid w:val="0029639D"/>
    <w:rsid w:val="00326F90"/>
    <w:rsid w:val="004F5B21"/>
    <w:rsid w:val="006068E7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B02F83FF-5420-44D7-B7EA-6CDD35128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BC92431-26B9-4358-8120-4AD49C0E2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24</Pages>
  <Words>6854</Words>
  <Characters>39072</Characters>
  <Application>Microsoft Office Word</Application>
  <DocSecurity>0</DocSecurity>
  <Lines>325</Lines>
  <Paragraphs>91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45835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2</cp:revision>
  <dcterms:created xsi:type="dcterms:W3CDTF">2022-08-30T07:37:00Z</dcterms:created>
  <dcterms:modified xsi:type="dcterms:W3CDTF">2022-08-30T07:37:00Z</dcterms:modified>
  <cp:category/>
</cp:coreProperties>
</file>